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7B973" w14:textId="7674EF17" w:rsidR="0073202B" w:rsidRPr="00773F08" w:rsidRDefault="0073202B" w:rsidP="00B22FAB">
      <w:pPr>
        <w:spacing w:after="20" w:line="240" w:lineRule="auto"/>
        <w:jc w:val="center"/>
        <w:rPr>
          <w:rFonts w:eastAsia="SimSun" w:cs="Arial"/>
          <w:b/>
          <w:sz w:val="32"/>
          <w:lang w:val="fr-FR" w:eastAsia="zh-CN"/>
        </w:rPr>
      </w:pPr>
      <w:r w:rsidRPr="00773F08">
        <w:rPr>
          <w:rFonts w:eastAsia="微軟正黑體" w:cs="Arial"/>
          <w:b/>
          <w:sz w:val="32"/>
          <w:lang w:val="fr-FR" w:eastAsia="zh-TW"/>
        </w:rPr>
        <w:t>Forum de mise en relation industrielle IA Taïwan</w:t>
      </w:r>
      <w:r w:rsidRPr="00773F08">
        <w:rPr>
          <w:rFonts w:eastAsia="SimSun" w:cs="Arial"/>
          <w:b/>
          <w:sz w:val="32"/>
          <w:lang w:val="fr-FR" w:eastAsia="zh-CN"/>
        </w:rPr>
        <w:t>-</w:t>
      </w:r>
      <w:r w:rsidRPr="00773F08">
        <w:rPr>
          <w:rFonts w:eastAsia="微軟正黑體" w:cs="Arial"/>
          <w:b/>
          <w:sz w:val="32"/>
          <w:lang w:val="fr-FR" w:eastAsia="zh-TW"/>
        </w:rPr>
        <w:t>France 2026</w:t>
      </w:r>
    </w:p>
    <w:p w14:paraId="364FCE5A" w14:textId="77777777" w:rsidR="0073202B" w:rsidRPr="0073202B" w:rsidRDefault="0073202B" w:rsidP="0073202B">
      <w:pPr>
        <w:spacing w:after="20" w:line="240" w:lineRule="auto"/>
        <w:jc w:val="center"/>
        <w:rPr>
          <w:rFonts w:eastAsia="微軟正黑體" w:cs="Arial"/>
          <w:bCs/>
          <w:sz w:val="26"/>
          <w:lang w:val="fr-FR" w:eastAsia="zh-TW"/>
        </w:rPr>
      </w:pPr>
      <w:r w:rsidRPr="0073202B">
        <w:rPr>
          <w:rFonts w:eastAsia="微軟正黑體" w:cs="Arial"/>
          <w:bCs/>
          <w:sz w:val="26"/>
          <w:lang w:val="fr-FR" w:eastAsia="zh-TW"/>
        </w:rPr>
        <w:t>Formulaire de participation et d’intérêt pour la coopération</w:t>
      </w:r>
    </w:p>
    <w:p w14:paraId="2172F443" w14:textId="77777777" w:rsidR="009D5365" w:rsidRPr="00773F08" w:rsidRDefault="009D5365" w:rsidP="00B22FAB">
      <w:pPr>
        <w:spacing w:after="20" w:line="240" w:lineRule="auto"/>
        <w:jc w:val="center"/>
        <w:rPr>
          <w:rFonts w:eastAsia="微軟正黑體" w:cs="Arial"/>
          <w:lang w:val="fr-FR" w:eastAsia="zh-TW"/>
        </w:rPr>
      </w:pPr>
    </w:p>
    <w:tbl>
      <w:tblPr>
        <w:tblW w:w="4962" w:type="pct"/>
        <w:jc w:val="center"/>
        <w:tblLook w:val="04A0" w:firstRow="1" w:lastRow="0" w:firstColumn="1" w:lastColumn="0" w:noHBand="0" w:noVBand="1"/>
      </w:tblPr>
      <w:tblGrid>
        <w:gridCol w:w="1363"/>
        <w:gridCol w:w="4032"/>
        <w:gridCol w:w="1505"/>
        <w:gridCol w:w="3667"/>
      </w:tblGrid>
      <w:tr w:rsidR="00FC3DA0" w:rsidRPr="00BF4302" w14:paraId="4D8B17CF" w14:textId="77777777" w:rsidTr="00D715F3">
        <w:trPr>
          <w:jc w:val="center"/>
        </w:trPr>
        <w:tc>
          <w:tcPr>
            <w:tcW w:w="652" w:type="pct"/>
            <w:tcBorders>
              <w:top w:val="single" w:sz="4" w:space="0" w:color="8FB8CC"/>
              <w:left w:val="single" w:sz="4" w:space="0" w:color="8FB8CC"/>
              <w:bottom w:val="single" w:sz="4" w:space="0" w:color="8FB8CC"/>
              <w:right w:val="single" w:sz="4" w:space="0" w:color="8FB8CC"/>
            </w:tcBorders>
            <w:shd w:val="clear" w:color="auto" w:fill="365F91" w:themeFill="accent1" w:themeFillShade="BF"/>
            <w:tcMar>
              <w:top w:w="60" w:type="dxa"/>
              <w:left w:w="80" w:type="dxa"/>
              <w:bottom w:w="60" w:type="dxa"/>
              <w:right w:w="80" w:type="dxa"/>
            </w:tcMar>
            <w:vAlign w:val="center"/>
          </w:tcPr>
          <w:p w14:paraId="58F75709" w14:textId="6A70EE51" w:rsidR="00FC3DA0" w:rsidRPr="00773F08" w:rsidRDefault="0073202B" w:rsidP="0073202B">
            <w:pPr>
              <w:spacing w:after="0" w:line="240" w:lineRule="auto"/>
              <w:jc w:val="center"/>
              <w:rPr>
                <w:rFonts w:eastAsia="SimSun" w:cs="Arial"/>
                <w:b/>
                <w:color w:val="FFFFFF"/>
                <w:szCs w:val="20"/>
                <w:lang w:val="fr-FR" w:eastAsia="zh-CN"/>
              </w:rPr>
            </w:pPr>
            <w:r w:rsidRPr="0073202B">
              <w:rPr>
                <w:rFonts w:eastAsia="微軟正黑體" w:cs="Arial"/>
                <w:b/>
                <w:color w:val="FFFFFF"/>
                <w:szCs w:val="20"/>
                <w:lang w:val="fr-FR"/>
              </w:rPr>
              <w:t>Thème du forum</w:t>
            </w:r>
          </w:p>
        </w:tc>
        <w:tc>
          <w:tcPr>
            <w:tcW w:w="1915" w:type="pct"/>
            <w:tcBorders>
              <w:top w:val="single" w:sz="4" w:space="0" w:color="8FB8CC"/>
              <w:left w:val="single" w:sz="4" w:space="0" w:color="8FB8CC"/>
              <w:bottom w:val="single" w:sz="4" w:space="0" w:color="8FB8CC"/>
              <w:right w:val="single" w:sz="4" w:space="0" w:color="8FB8CC"/>
            </w:tcBorders>
            <w:shd w:val="clear" w:color="auto" w:fill="D9EAF4"/>
            <w:tcMar>
              <w:top w:w="60" w:type="dxa"/>
              <w:left w:w="80" w:type="dxa"/>
              <w:bottom w:w="60" w:type="dxa"/>
              <w:right w:w="80" w:type="dxa"/>
            </w:tcMar>
            <w:vAlign w:val="center"/>
          </w:tcPr>
          <w:p w14:paraId="23D2DBF9" w14:textId="7A3C8097" w:rsidR="00FC3DA0" w:rsidRPr="00B23364" w:rsidRDefault="00A66270" w:rsidP="00710832">
            <w:pPr>
              <w:spacing w:after="0" w:line="240" w:lineRule="auto"/>
              <w:rPr>
                <w:rFonts w:eastAsia="SimSun" w:cs="Arial"/>
                <w:color w:val="212B36"/>
                <w:szCs w:val="20"/>
                <w:lang w:val="fr-FR" w:eastAsia="zh-CN"/>
              </w:rPr>
            </w:pPr>
            <w:r w:rsidRPr="00A66270">
              <w:rPr>
                <w:rFonts w:eastAsia="微軟正黑體" w:cs="Arial"/>
                <w:color w:val="212B36"/>
                <w:szCs w:val="20"/>
                <w:lang w:val="fr-FR" w:eastAsia="zh-TW"/>
              </w:rPr>
              <w:t xml:space="preserve">Sécurité de l’intelligence artificielle, sécurité des puces électroniques </w:t>
            </w:r>
            <w:r w:rsidRPr="00A66270">
              <w:rPr>
                <w:rFonts w:eastAsia="微軟正黑體" w:cs="Arial"/>
                <w:color w:val="808080" w:themeColor="background1" w:themeShade="80"/>
                <w:szCs w:val="20"/>
                <w:lang w:val="fr-FR" w:eastAsia="zh-TW"/>
              </w:rPr>
              <w:t>et cryptographie post-quantique</w:t>
            </w:r>
          </w:p>
        </w:tc>
        <w:tc>
          <w:tcPr>
            <w:tcW w:w="690" w:type="pct"/>
            <w:tcBorders>
              <w:top w:val="single" w:sz="4" w:space="0" w:color="8FB8CC"/>
              <w:left w:val="single" w:sz="4" w:space="0" w:color="8FB8CC"/>
              <w:bottom w:val="single" w:sz="4" w:space="0" w:color="8FB8CC"/>
              <w:right w:val="single" w:sz="4" w:space="0" w:color="8FB8CC"/>
            </w:tcBorders>
            <w:shd w:val="clear" w:color="auto" w:fill="365F91" w:themeFill="accent1" w:themeFillShade="BF"/>
            <w:tcMar>
              <w:top w:w="60" w:type="dxa"/>
              <w:left w:w="80" w:type="dxa"/>
              <w:bottom w:w="60" w:type="dxa"/>
              <w:right w:w="80" w:type="dxa"/>
            </w:tcMar>
            <w:vAlign w:val="center"/>
          </w:tcPr>
          <w:p w14:paraId="6B4DA1EB" w14:textId="389C0910" w:rsidR="00FC3DA0" w:rsidRPr="00773F08" w:rsidRDefault="00016FE9" w:rsidP="00016FE9">
            <w:pPr>
              <w:spacing w:after="0" w:line="240" w:lineRule="auto"/>
              <w:jc w:val="center"/>
              <w:rPr>
                <w:rFonts w:eastAsia="SimSun" w:cs="Arial"/>
                <w:b/>
                <w:color w:val="FFFFFF"/>
                <w:szCs w:val="20"/>
                <w:lang w:val="fr-FR" w:eastAsia="zh-CN"/>
              </w:rPr>
            </w:pPr>
            <w:r w:rsidRPr="00016FE9">
              <w:rPr>
                <w:rFonts w:eastAsia="微軟正黑體" w:cs="Arial"/>
                <w:b/>
                <w:color w:val="FFFFFF"/>
                <w:szCs w:val="20"/>
                <w:lang w:val="fr-FR"/>
              </w:rPr>
              <w:t>Date prévisionnelle</w:t>
            </w:r>
          </w:p>
        </w:tc>
        <w:tc>
          <w:tcPr>
            <w:tcW w:w="1742" w:type="pct"/>
            <w:tcBorders>
              <w:top w:val="single" w:sz="4" w:space="0" w:color="8FB8CC"/>
              <w:left w:val="single" w:sz="4" w:space="0" w:color="8FB8CC"/>
              <w:bottom w:val="single" w:sz="4" w:space="0" w:color="8FB8CC"/>
              <w:right w:val="single" w:sz="4" w:space="0" w:color="8FB8CC"/>
            </w:tcBorders>
            <w:shd w:val="clear" w:color="auto" w:fill="D9EAF4"/>
            <w:tcMar>
              <w:top w:w="60" w:type="dxa"/>
              <w:left w:w="80" w:type="dxa"/>
              <w:bottom w:w="60" w:type="dxa"/>
              <w:right w:w="80" w:type="dxa"/>
            </w:tcMar>
            <w:vAlign w:val="center"/>
          </w:tcPr>
          <w:p w14:paraId="1C4992A2" w14:textId="5ABBBAC6" w:rsidR="00FC3DA0" w:rsidRPr="00773F08" w:rsidRDefault="00FB1901">
            <w:pPr>
              <w:spacing w:after="0" w:line="240" w:lineRule="auto"/>
              <w:rPr>
                <w:rFonts w:eastAsia="SimSun" w:cs="Arial" w:hint="eastAsia"/>
                <w:color w:val="212B36"/>
                <w:szCs w:val="20"/>
                <w:lang w:val="fr-FR" w:eastAsia="zh-CN"/>
              </w:rPr>
            </w:pPr>
            <w:r>
              <w:rPr>
                <w:rFonts w:eastAsia="SimSun" w:cs="Arial" w:hint="eastAsia"/>
                <w:color w:val="212B36"/>
                <w:szCs w:val="20"/>
                <w:lang w:val="fr-FR" w:eastAsia="zh-CN"/>
              </w:rPr>
              <w:t>29 septembre 2026</w:t>
            </w:r>
          </w:p>
        </w:tc>
      </w:tr>
      <w:tr w:rsidR="00FC3DA0" w:rsidRPr="00773F08" w14:paraId="79770455" w14:textId="77777777" w:rsidTr="00D715F3">
        <w:trPr>
          <w:jc w:val="center"/>
        </w:trPr>
        <w:tc>
          <w:tcPr>
            <w:tcW w:w="652" w:type="pct"/>
            <w:tcBorders>
              <w:top w:val="single" w:sz="4" w:space="0" w:color="8FB8CC"/>
              <w:left w:val="single" w:sz="4" w:space="0" w:color="8FB8CC"/>
              <w:bottom w:val="single" w:sz="4" w:space="0" w:color="8FB8CC"/>
              <w:right w:val="single" w:sz="4" w:space="0" w:color="8FB8CC"/>
            </w:tcBorders>
            <w:shd w:val="clear" w:color="auto" w:fill="365F91" w:themeFill="accent1" w:themeFillShade="BF"/>
            <w:tcMar>
              <w:top w:w="60" w:type="dxa"/>
              <w:left w:w="80" w:type="dxa"/>
              <w:bottom w:w="60" w:type="dxa"/>
              <w:right w:w="80" w:type="dxa"/>
            </w:tcMar>
            <w:vAlign w:val="center"/>
          </w:tcPr>
          <w:p w14:paraId="6C1D3A8F" w14:textId="27A119B7" w:rsidR="00FC3DA0" w:rsidRPr="00773F08" w:rsidRDefault="00016FE9" w:rsidP="00016FE9">
            <w:pPr>
              <w:spacing w:after="0" w:line="240" w:lineRule="auto"/>
              <w:jc w:val="center"/>
              <w:rPr>
                <w:rFonts w:eastAsia="SimSun" w:cs="Arial"/>
                <w:b/>
                <w:color w:val="FFFFFF"/>
                <w:szCs w:val="20"/>
                <w:lang w:val="fr-FR" w:eastAsia="zh-CN"/>
              </w:rPr>
            </w:pPr>
            <w:r w:rsidRPr="00016FE9">
              <w:rPr>
                <w:rFonts w:eastAsia="微軟正黑體" w:cs="Arial"/>
                <w:b/>
                <w:color w:val="FFFFFF"/>
                <w:szCs w:val="20"/>
                <w:lang w:val="fr-FR"/>
              </w:rPr>
              <w:t>Format de l’événement</w:t>
            </w:r>
          </w:p>
        </w:tc>
        <w:tc>
          <w:tcPr>
            <w:tcW w:w="1915" w:type="pct"/>
            <w:tcBorders>
              <w:top w:val="single" w:sz="4" w:space="0" w:color="8FB8CC"/>
              <w:left w:val="single" w:sz="4" w:space="0" w:color="8FB8CC"/>
              <w:bottom w:val="single" w:sz="4" w:space="0" w:color="8FB8CC"/>
              <w:right w:val="single" w:sz="4" w:space="0" w:color="8FB8CC"/>
            </w:tcBorders>
            <w:shd w:val="clear" w:color="auto" w:fill="D9EAF4"/>
            <w:tcMar>
              <w:top w:w="60" w:type="dxa"/>
              <w:left w:w="80" w:type="dxa"/>
              <w:bottom w:w="60" w:type="dxa"/>
              <w:right w:w="80" w:type="dxa"/>
            </w:tcMar>
            <w:vAlign w:val="center"/>
          </w:tcPr>
          <w:p w14:paraId="385C8266" w14:textId="0A04CF27" w:rsidR="00FC3DA0" w:rsidRPr="00773F08" w:rsidRDefault="00016FE9">
            <w:pPr>
              <w:spacing w:after="0" w:line="240" w:lineRule="auto"/>
              <w:rPr>
                <w:rFonts w:eastAsia="SimSun" w:cs="Arial"/>
                <w:szCs w:val="20"/>
                <w:lang w:val="fr-FR" w:eastAsia="zh-CN"/>
              </w:rPr>
            </w:pPr>
            <w:r w:rsidRPr="00016FE9">
              <w:rPr>
                <w:rFonts w:eastAsia="SimSun" w:cs="Arial"/>
                <w:szCs w:val="20"/>
                <w:lang w:val="fr-FR" w:eastAsia="zh-CN"/>
              </w:rPr>
              <w:t>Réunion en ligne</w:t>
            </w:r>
          </w:p>
        </w:tc>
        <w:tc>
          <w:tcPr>
            <w:tcW w:w="690" w:type="pct"/>
            <w:tcBorders>
              <w:top w:val="single" w:sz="4" w:space="0" w:color="8FB8CC"/>
              <w:left w:val="single" w:sz="4" w:space="0" w:color="8FB8CC"/>
              <w:bottom w:val="single" w:sz="4" w:space="0" w:color="8FB8CC"/>
              <w:right w:val="single" w:sz="4" w:space="0" w:color="8FB8CC"/>
            </w:tcBorders>
            <w:shd w:val="clear" w:color="auto" w:fill="365F91" w:themeFill="accent1" w:themeFillShade="BF"/>
            <w:tcMar>
              <w:top w:w="60" w:type="dxa"/>
              <w:left w:w="80" w:type="dxa"/>
              <w:bottom w:w="60" w:type="dxa"/>
              <w:right w:w="80" w:type="dxa"/>
            </w:tcMar>
            <w:vAlign w:val="center"/>
          </w:tcPr>
          <w:p w14:paraId="50036609" w14:textId="2C82D046" w:rsidR="00FC3DA0" w:rsidRPr="00773F08" w:rsidRDefault="00016FE9" w:rsidP="00016FE9">
            <w:pPr>
              <w:spacing w:after="0" w:line="240" w:lineRule="auto"/>
              <w:jc w:val="center"/>
              <w:rPr>
                <w:rFonts w:eastAsia="SimSun" w:cs="Arial"/>
                <w:b/>
                <w:color w:val="FFFFFF"/>
                <w:szCs w:val="20"/>
                <w:lang w:val="fr-FR" w:eastAsia="zh-CN"/>
              </w:rPr>
            </w:pPr>
            <w:r w:rsidRPr="00016FE9">
              <w:rPr>
                <w:rFonts w:eastAsia="微軟正黑體" w:cs="Arial"/>
                <w:b/>
                <w:color w:val="FFFFFF"/>
                <w:szCs w:val="20"/>
                <w:lang w:val="fr-FR"/>
              </w:rPr>
              <w:t>Durée estimée</w:t>
            </w:r>
          </w:p>
        </w:tc>
        <w:tc>
          <w:tcPr>
            <w:tcW w:w="1742" w:type="pct"/>
            <w:tcBorders>
              <w:top w:val="single" w:sz="4" w:space="0" w:color="8FB8CC"/>
              <w:left w:val="single" w:sz="4" w:space="0" w:color="8FB8CC"/>
              <w:bottom w:val="single" w:sz="4" w:space="0" w:color="8FB8CC"/>
              <w:right w:val="single" w:sz="4" w:space="0" w:color="8FB8CC"/>
            </w:tcBorders>
            <w:shd w:val="clear" w:color="auto" w:fill="D9EAF4"/>
            <w:tcMar>
              <w:top w:w="60" w:type="dxa"/>
              <w:left w:w="80" w:type="dxa"/>
              <w:bottom w:w="60" w:type="dxa"/>
              <w:right w:w="80" w:type="dxa"/>
            </w:tcMar>
            <w:vAlign w:val="center"/>
          </w:tcPr>
          <w:p w14:paraId="2D6E3F16" w14:textId="530F30DC" w:rsidR="00FC3DA0" w:rsidRPr="00773F08" w:rsidRDefault="00016FE9">
            <w:pPr>
              <w:spacing w:after="0" w:line="240" w:lineRule="auto"/>
              <w:rPr>
                <w:rFonts w:eastAsia="SimSun" w:cs="Arial"/>
                <w:color w:val="212B36"/>
                <w:szCs w:val="20"/>
                <w:lang w:val="fr-FR" w:eastAsia="zh-CN"/>
              </w:rPr>
            </w:pPr>
            <w:r w:rsidRPr="00016FE9">
              <w:rPr>
                <w:rFonts w:eastAsia="微軟正黑體" w:cs="Arial"/>
                <w:color w:val="212B36"/>
                <w:szCs w:val="20"/>
                <w:lang w:val="fr-FR"/>
              </w:rPr>
              <w:t>Environ 2 heures</w:t>
            </w:r>
          </w:p>
        </w:tc>
      </w:tr>
    </w:tbl>
    <w:p w14:paraId="5A4170C4" w14:textId="7EEA015E" w:rsidR="00773F08" w:rsidRPr="00773F08" w:rsidRDefault="00773F08">
      <w:pPr>
        <w:spacing w:before="40" w:after="80" w:line="252" w:lineRule="auto"/>
        <w:rPr>
          <w:rFonts w:eastAsia="SimSun" w:cs="Arial"/>
          <w:color w:val="5B6978"/>
          <w:sz w:val="18"/>
          <w:szCs w:val="24"/>
          <w:lang w:val="fr-FR" w:eastAsia="zh-CN"/>
        </w:rPr>
      </w:pPr>
      <w:r w:rsidRPr="00773F08">
        <w:rPr>
          <w:rFonts w:eastAsia="SimSun" w:cs="Arial"/>
          <w:b/>
          <w:color w:val="5B6978"/>
          <w:sz w:val="18"/>
          <w:szCs w:val="24"/>
          <w:lang w:val="fr-FR" w:eastAsia="zh-CN"/>
        </w:rPr>
        <w:t xml:space="preserve">* </w:t>
      </w:r>
      <w:r w:rsidRPr="00773F08">
        <w:rPr>
          <w:rFonts w:eastAsia="微軟正黑體" w:cs="Arial"/>
          <w:b/>
          <w:color w:val="5B6978"/>
          <w:sz w:val="18"/>
          <w:szCs w:val="24"/>
          <w:lang w:val="fr-FR" w:eastAsia="zh-TW"/>
        </w:rPr>
        <w:t>Instruction</w:t>
      </w:r>
      <w:r w:rsidRPr="00773F08">
        <w:rPr>
          <w:rFonts w:eastAsia="SimSun" w:cs="Arial"/>
          <w:b/>
          <w:color w:val="5B6978"/>
          <w:sz w:val="18"/>
          <w:szCs w:val="24"/>
          <w:lang w:val="fr-FR" w:eastAsia="zh-CN"/>
        </w:rPr>
        <w:t>s</w:t>
      </w:r>
      <w:r w:rsidRPr="00773F08">
        <w:rPr>
          <w:rFonts w:eastAsia="SimSun" w:cs="Arial"/>
          <w:b/>
          <w:color w:val="5B6978"/>
          <w:sz w:val="18"/>
          <w:szCs w:val="24"/>
          <w:lang w:val="fr-FR" w:eastAsia="zh-TW"/>
        </w:rPr>
        <w:t xml:space="preserve"> :</w:t>
      </w:r>
      <w:r w:rsidR="00F93811" w:rsidRPr="00773F08">
        <w:rPr>
          <w:rFonts w:eastAsia="SimSun" w:cs="Arial"/>
          <w:b/>
          <w:color w:val="5B6978"/>
          <w:sz w:val="18"/>
          <w:szCs w:val="24"/>
          <w:lang w:val="fr-FR" w:eastAsia="zh-TW"/>
        </w:rPr>
        <w:t xml:space="preserve"> </w:t>
      </w:r>
      <w:r w:rsidR="00F93811" w:rsidRPr="00773F08">
        <w:rPr>
          <w:rFonts w:eastAsia="微軟正黑體" w:cs="Arial"/>
          <w:color w:val="5B6978"/>
          <w:sz w:val="18"/>
          <w:lang w:val="fr-FR" w:eastAsia="zh-TW"/>
        </w:rPr>
        <w:t xml:space="preserve">Ce formulaire a pour objectif de recueillir des informations préliminaires sur votre intérêt à coopérer avec des entreprises </w:t>
      </w:r>
      <w:r w:rsidRPr="00773F08">
        <w:rPr>
          <w:rFonts w:eastAsia="SimSun" w:cs="Arial"/>
          <w:color w:val="5B6978"/>
          <w:sz w:val="18"/>
          <w:lang w:val="fr-FR" w:eastAsia="zh-CN"/>
        </w:rPr>
        <w:t>taiwanaises</w:t>
      </w:r>
      <w:r w:rsidR="00F93811" w:rsidRPr="00773F08">
        <w:rPr>
          <w:rFonts w:eastAsia="微軟正黑體" w:cs="Arial"/>
          <w:color w:val="5B6978"/>
          <w:sz w:val="18"/>
          <w:lang w:val="fr-FR" w:eastAsia="zh-TW"/>
        </w:rPr>
        <w:t xml:space="preserve"> ainsi que sur le profil des partenaires recherchés. Les informations recueillies seront utilisées uniquement pour l’organisation de l’événement et les activités de mise en relation. Veuillez compléter les champs vides et cocher les cases appropriée</w:t>
      </w:r>
      <w:r w:rsidRPr="00773F08">
        <w:rPr>
          <w:rFonts w:eastAsia="SimSun" w:cs="Arial"/>
          <w:color w:val="5B6978"/>
          <w:sz w:val="18"/>
          <w:lang w:val="fr-FR" w:eastAsia="zh-CN"/>
        </w:rPr>
        <w:t xml:space="preserve">s </w:t>
      </w:r>
      <w:r w:rsidRPr="00773F08">
        <w:rPr>
          <w:rFonts w:eastAsia="SimSun" w:cs="Arial"/>
          <w:color w:val="5B6978"/>
          <w:sz w:val="18"/>
          <w:szCs w:val="24"/>
          <w:lang w:val="fr-FR" w:eastAsia="zh-CN"/>
        </w:rPr>
        <w:t>(</w:t>
      </w:r>
      <w:r w:rsidR="00B22FAB" w:rsidRPr="00773F08">
        <w:rPr>
          <w:rFonts w:ascii="Segoe UI Symbol" w:eastAsia="微軟正黑體" w:hAnsi="Segoe UI Symbol" w:cs="Segoe UI Symbol"/>
          <w:color w:val="5B6978"/>
          <w:sz w:val="18"/>
          <w:szCs w:val="24"/>
          <w:lang w:val="fr-FR" w:eastAsia="zh-TW"/>
        </w:rPr>
        <w:t>☑</w:t>
      </w:r>
      <w:r w:rsidRPr="00773F08">
        <w:rPr>
          <w:rFonts w:eastAsia="SimSun" w:cs="Arial"/>
          <w:color w:val="5B6978"/>
          <w:sz w:val="18"/>
          <w:szCs w:val="24"/>
          <w:lang w:val="fr-FR" w:eastAsia="zh-CN"/>
        </w:rPr>
        <w:t>).</w:t>
      </w:r>
      <w:r w:rsidRPr="00773F08">
        <w:rPr>
          <w:rFonts w:eastAsia="SimSun" w:cs="Arial"/>
          <w:color w:val="5B6978"/>
          <w:sz w:val="18"/>
          <w:szCs w:val="24"/>
          <w:lang w:val="fr-FR" w:eastAsia="zh-CN"/>
        </w:rPr>
        <w:br/>
      </w:r>
    </w:p>
    <w:tbl>
      <w:tblPr>
        <w:tblW w:w="4973" w:type="pct"/>
        <w:jc w:val="center"/>
        <w:tblLook w:val="04A0" w:firstRow="1" w:lastRow="0" w:firstColumn="1" w:lastColumn="0" w:noHBand="0" w:noVBand="1"/>
      </w:tblPr>
      <w:tblGrid>
        <w:gridCol w:w="2745"/>
        <w:gridCol w:w="2669"/>
        <w:gridCol w:w="2436"/>
        <w:gridCol w:w="2741"/>
      </w:tblGrid>
      <w:tr w:rsidR="009D5365" w:rsidRPr="00773F08" w14:paraId="6448745C" w14:textId="77777777" w:rsidTr="009D5365">
        <w:trPr>
          <w:trHeight w:val="340"/>
          <w:jc w:val="center"/>
        </w:trPr>
        <w:tc>
          <w:tcPr>
            <w:tcW w:w="5000" w:type="pct"/>
            <w:gridSpan w:val="4"/>
            <w:tcBorders>
              <w:top w:val="single" w:sz="4" w:space="0" w:color="AFC6D1"/>
              <w:left w:val="single" w:sz="4" w:space="0" w:color="AFC6D1"/>
              <w:bottom w:val="single" w:sz="4" w:space="0" w:color="AFC6D1"/>
              <w:right w:val="single" w:sz="4" w:space="0" w:color="AFC6D1"/>
            </w:tcBorders>
            <w:shd w:val="clear" w:color="auto" w:fill="365F91"/>
            <w:tcMar>
              <w:top w:w="60" w:type="dxa"/>
              <w:left w:w="80" w:type="dxa"/>
              <w:bottom w:w="60" w:type="dxa"/>
              <w:right w:w="80" w:type="dxa"/>
            </w:tcMar>
            <w:vAlign w:val="center"/>
          </w:tcPr>
          <w:p w14:paraId="42A237EE" w14:textId="5472A614" w:rsidR="009D5365" w:rsidRPr="00773F08" w:rsidRDefault="00773F08" w:rsidP="00B22FAB">
            <w:pPr>
              <w:spacing w:after="0" w:line="240" w:lineRule="auto"/>
              <w:jc w:val="both"/>
              <w:rPr>
                <w:rFonts w:eastAsia="微軟正黑體" w:cs="Arial"/>
                <w:color w:val="212B36"/>
                <w:szCs w:val="24"/>
                <w:lang w:val="fr-FR"/>
              </w:rPr>
            </w:pPr>
            <w:r w:rsidRPr="00773F08">
              <w:rPr>
                <w:rFonts w:eastAsia="SimSun" w:cs="Arial"/>
                <w:b/>
                <w:color w:val="FFFFFF"/>
                <w:sz w:val="22"/>
                <w:lang w:val="fr-FR" w:eastAsia="zh-CN"/>
              </w:rPr>
              <w:t>A. Informations générales</w:t>
            </w:r>
          </w:p>
        </w:tc>
      </w:tr>
      <w:tr w:rsidR="009D5365" w:rsidRPr="00773F08" w14:paraId="489A3157" w14:textId="77777777" w:rsidTr="00610E34">
        <w:trPr>
          <w:jc w:val="center"/>
        </w:trPr>
        <w:tc>
          <w:tcPr>
            <w:tcW w:w="1296"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7B0A9161" w14:textId="739FB1A7" w:rsidR="00FC3DA0" w:rsidRPr="00773F08" w:rsidRDefault="00773F08" w:rsidP="00B22FAB">
            <w:pPr>
              <w:spacing w:after="0" w:line="240" w:lineRule="auto"/>
              <w:jc w:val="both"/>
              <w:rPr>
                <w:rFonts w:eastAsia="SimSun" w:cs="Arial"/>
                <w:szCs w:val="20"/>
                <w:lang w:val="fr-FR" w:eastAsia="zh-CN"/>
              </w:rPr>
            </w:pPr>
            <w:r>
              <w:rPr>
                <w:rFonts w:eastAsia="SimSun" w:cs="Arial" w:hint="eastAsia"/>
                <w:b/>
                <w:color w:val="212B36"/>
                <w:szCs w:val="20"/>
                <w:lang w:val="fr-FR" w:eastAsia="zh-CN"/>
              </w:rPr>
              <w:t>Nom de votre entreprise</w:t>
            </w:r>
          </w:p>
        </w:tc>
        <w:tc>
          <w:tcPr>
            <w:tcW w:w="1260"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5F783FF4" w14:textId="0A76CF85" w:rsidR="00FC3DA0" w:rsidRPr="00773F08" w:rsidRDefault="00FC3DA0" w:rsidP="00CF4BF6">
            <w:pPr>
              <w:spacing w:after="0" w:line="240" w:lineRule="auto"/>
              <w:jc w:val="both"/>
              <w:rPr>
                <w:rFonts w:eastAsia="微軟正黑體" w:cs="Arial"/>
                <w:szCs w:val="20"/>
                <w:lang w:val="fr-FR"/>
              </w:rPr>
            </w:pPr>
          </w:p>
        </w:tc>
        <w:tc>
          <w:tcPr>
            <w:tcW w:w="1150"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233A6E73" w14:textId="5ECA036A" w:rsidR="00FC3DA0" w:rsidRPr="006E15F3" w:rsidRDefault="006E15F3" w:rsidP="00B22FAB">
            <w:pPr>
              <w:spacing w:after="0" w:line="240" w:lineRule="auto"/>
              <w:jc w:val="both"/>
              <w:rPr>
                <w:rFonts w:eastAsia="SimSun" w:cs="Arial"/>
                <w:b/>
                <w:color w:val="212B36"/>
                <w:szCs w:val="20"/>
                <w:lang w:val="fr-FR" w:eastAsia="zh-CN"/>
              </w:rPr>
            </w:pPr>
            <w:r>
              <w:rPr>
                <w:rFonts w:eastAsia="SimSun" w:cs="Arial" w:hint="eastAsia"/>
                <w:b/>
                <w:color w:val="212B36"/>
                <w:szCs w:val="20"/>
                <w:lang w:val="fr-FR" w:eastAsia="zh-CN"/>
              </w:rPr>
              <w:t>Site web de</w:t>
            </w:r>
            <w:r>
              <w:rPr>
                <w:rFonts w:eastAsia="SimSun" w:cs="Arial"/>
                <w:b/>
                <w:color w:val="212B36"/>
                <w:szCs w:val="20"/>
                <w:lang w:val="fr-FR" w:eastAsia="zh-CN"/>
              </w:rPr>
              <w:t> </w:t>
            </w:r>
            <w:r>
              <w:rPr>
                <w:rFonts w:eastAsia="SimSun" w:cs="Arial" w:hint="eastAsia"/>
                <w:b/>
                <w:color w:val="212B36"/>
                <w:szCs w:val="20"/>
                <w:lang w:val="fr-FR" w:eastAsia="zh-CN"/>
              </w:rPr>
              <w:t>l</w:t>
            </w:r>
            <w:r>
              <w:rPr>
                <w:rFonts w:eastAsia="SimSun" w:cs="Arial"/>
                <w:b/>
                <w:color w:val="212B36"/>
                <w:szCs w:val="20"/>
                <w:lang w:val="fr-FR" w:eastAsia="zh-CN"/>
              </w:rPr>
              <w:t>’</w:t>
            </w:r>
            <w:r>
              <w:rPr>
                <w:rFonts w:eastAsia="SimSun" w:cs="Arial" w:hint="eastAsia"/>
                <w:b/>
                <w:color w:val="212B36"/>
                <w:szCs w:val="20"/>
                <w:lang w:val="fr-FR" w:eastAsia="zh-CN"/>
              </w:rPr>
              <w:t>entreprise</w:t>
            </w:r>
          </w:p>
        </w:tc>
        <w:tc>
          <w:tcPr>
            <w:tcW w:w="1294"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13AC0075" w14:textId="2E819E89" w:rsidR="00FC3DA0" w:rsidRPr="00773F08" w:rsidRDefault="00FC3DA0" w:rsidP="00CF4BF6">
            <w:pPr>
              <w:spacing w:after="0" w:line="240" w:lineRule="auto"/>
              <w:rPr>
                <w:rFonts w:eastAsia="微軟正黑體" w:cs="Arial"/>
                <w:szCs w:val="20"/>
                <w:lang w:val="fr-FR" w:eastAsia="zh-TW"/>
              </w:rPr>
            </w:pPr>
          </w:p>
        </w:tc>
      </w:tr>
      <w:tr w:rsidR="009D5365" w:rsidRPr="00773F08" w14:paraId="2F12B3AA" w14:textId="77777777" w:rsidTr="00610E34">
        <w:trPr>
          <w:jc w:val="center"/>
        </w:trPr>
        <w:tc>
          <w:tcPr>
            <w:tcW w:w="1296"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5E63B038" w14:textId="54D48CE8" w:rsidR="00FC3DA0" w:rsidRPr="00773F08" w:rsidRDefault="00773F08" w:rsidP="00B22FAB">
            <w:pPr>
              <w:spacing w:after="0" w:line="240" w:lineRule="auto"/>
              <w:jc w:val="both"/>
              <w:rPr>
                <w:rFonts w:eastAsia="SimSun" w:cs="Arial"/>
                <w:szCs w:val="20"/>
                <w:lang w:val="fr-FR" w:eastAsia="zh-CN"/>
              </w:rPr>
            </w:pPr>
            <w:r>
              <w:rPr>
                <w:rFonts w:eastAsia="SimSun" w:cs="Arial" w:hint="eastAsia"/>
                <w:b/>
                <w:color w:val="212B36"/>
                <w:szCs w:val="20"/>
                <w:lang w:val="fr-FR" w:eastAsia="zh-CN"/>
              </w:rPr>
              <w:t xml:space="preserve">Nom </w:t>
            </w:r>
            <w:r w:rsidR="006E15F3">
              <w:rPr>
                <w:rFonts w:eastAsia="SimSun" w:cs="Arial" w:hint="eastAsia"/>
                <w:b/>
                <w:color w:val="212B36"/>
                <w:szCs w:val="20"/>
                <w:lang w:val="fr-FR" w:eastAsia="zh-CN"/>
              </w:rPr>
              <w:t xml:space="preserve">de votre </w:t>
            </w:r>
            <w:r w:rsidR="006E15F3">
              <w:rPr>
                <w:rFonts w:eastAsia="SimSun" w:cs="Arial"/>
                <w:b/>
                <w:color w:val="212B36"/>
                <w:szCs w:val="20"/>
                <w:lang w:val="fr-FR" w:eastAsia="zh-CN"/>
              </w:rPr>
              <w:t>représentant</w:t>
            </w:r>
            <w:r w:rsidR="006E15F3">
              <w:rPr>
                <w:rFonts w:eastAsia="SimSun" w:cs="Arial" w:hint="eastAsia"/>
                <w:b/>
                <w:color w:val="212B36"/>
                <w:szCs w:val="20"/>
                <w:lang w:val="fr-FR" w:eastAsia="zh-CN"/>
              </w:rPr>
              <w:t xml:space="preserve"> </w:t>
            </w:r>
          </w:p>
        </w:tc>
        <w:tc>
          <w:tcPr>
            <w:tcW w:w="1260"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316C377A" w14:textId="67EA8522" w:rsidR="00FC3DA0" w:rsidRPr="00773F08" w:rsidRDefault="00FC3DA0" w:rsidP="00CF4BF6">
            <w:pPr>
              <w:spacing w:after="0" w:line="240" w:lineRule="auto"/>
              <w:jc w:val="both"/>
              <w:rPr>
                <w:rFonts w:eastAsia="微軟正黑體" w:cs="Arial"/>
                <w:szCs w:val="20"/>
                <w:lang w:val="fr-FR" w:eastAsia="zh-TW"/>
              </w:rPr>
            </w:pPr>
          </w:p>
        </w:tc>
        <w:tc>
          <w:tcPr>
            <w:tcW w:w="1150"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1F9902B6" w14:textId="725710AD" w:rsidR="00FC3DA0" w:rsidRPr="006E15F3" w:rsidRDefault="006E15F3" w:rsidP="00B22FAB">
            <w:pPr>
              <w:spacing w:after="0" w:line="240" w:lineRule="auto"/>
              <w:jc w:val="both"/>
              <w:rPr>
                <w:rFonts w:eastAsia="SimSun" w:cs="Arial"/>
                <w:szCs w:val="20"/>
                <w:lang w:val="fr-FR" w:eastAsia="zh-CN"/>
              </w:rPr>
            </w:pPr>
            <w:r>
              <w:rPr>
                <w:rFonts w:eastAsia="SimSun" w:cs="Arial"/>
                <w:b/>
                <w:color w:val="212B36"/>
                <w:szCs w:val="20"/>
                <w:lang w:val="fr-FR" w:eastAsia="zh-CN"/>
              </w:rPr>
              <w:t>Département</w:t>
            </w:r>
            <w:r>
              <w:rPr>
                <w:rFonts w:eastAsia="SimSun" w:cs="Arial" w:hint="eastAsia"/>
                <w:b/>
                <w:color w:val="212B36"/>
                <w:szCs w:val="20"/>
                <w:lang w:val="fr-FR" w:eastAsia="zh-CN"/>
              </w:rPr>
              <w:t>/fonction</w:t>
            </w:r>
          </w:p>
        </w:tc>
        <w:tc>
          <w:tcPr>
            <w:tcW w:w="1294"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4C09CD38" w14:textId="2D9F9A91" w:rsidR="00FC3DA0" w:rsidRPr="00773F08" w:rsidRDefault="00FC3DA0" w:rsidP="00CF4BF6">
            <w:pPr>
              <w:spacing w:after="0" w:line="240" w:lineRule="auto"/>
              <w:rPr>
                <w:rFonts w:eastAsia="微軟正黑體" w:cs="Arial"/>
                <w:szCs w:val="20"/>
                <w:lang w:val="fr-FR"/>
              </w:rPr>
            </w:pPr>
          </w:p>
        </w:tc>
      </w:tr>
      <w:tr w:rsidR="00610E34" w:rsidRPr="00773F08" w14:paraId="32F17AA4" w14:textId="77777777" w:rsidTr="00610E34">
        <w:trPr>
          <w:jc w:val="center"/>
        </w:trPr>
        <w:tc>
          <w:tcPr>
            <w:tcW w:w="1296"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7B833DD2" w14:textId="792E7EC3" w:rsidR="00610E34" w:rsidRPr="00773F08" w:rsidRDefault="00610E34" w:rsidP="00B22FAB">
            <w:pPr>
              <w:spacing w:after="0" w:line="240" w:lineRule="auto"/>
              <w:jc w:val="both"/>
              <w:rPr>
                <w:rFonts w:eastAsia="微軟正黑體" w:cs="Arial"/>
                <w:szCs w:val="20"/>
                <w:lang w:val="fr-FR"/>
              </w:rPr>
            </w:pPr>
            <w:r w:rsidRPr="00773F08">
              <w:rPr>
                <w:rFonts w:eastAsia="微軟正黑體" w:cs="Arial"/>
                <w:b/>
                <w:color w:val="212B36"/>
                <w:szCs w:val="20"/>
                <w:lang w:val="fr-FR"/>
              </w:rPr>
              <w:t>E</w:t>
            </w:r>
            <w:r>
              <w:rPr>
                <w:rFonts w:eastAsia="SimSun" w:cs="Arial" w:hint="eastAsia"/>
                <w:b/>
                <w:color w:val="212B36"/>
                <w:szCs w:val="20"/>
                <w:lang w:val="fr-FR" w:eastAsia="zh-CN"/>
              </w:rPr>
              <w:t>-</w:t>
            </w:r>
            <w:r w:rsidRPr="00773F08">
              <w:rPr>
                <w:rFonts w:eastAsia="微軟正黑體" w:cs="Arial"/>
                <w:b/>
                <w:color w:val="212B36"/>
                <w:szCs w:val="20"/>
                <w:lang w:val="fr-FR"/>
              </w:rPr>
              <w:t>mail</w:t>
            </w:r>
          </w:p>
        </w:tc>
        <w:tc>
          <w:tcPr>
            <w:tcW w:w="1260"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74E7A2EA" w14:textId="07AB9F96" w:rsidR="00610E34" w:rsidRPr="00773F08" w:rsidRDefault="00610E34" w:rsidP="00CF4BF6">
            <w:pPr>
              <w:spacing w:after="0" w:line="240" w:lineRule="auto"/>
              <w:jc w:val="both"/>
              <w:rPr>
                <w:rFonts w:eastAsia="微軟正黑體" w:cs="Arial"/>
                <w:szCs w:val="20"/>
                <w:lang w:val="fr-FR"/>
              </w:rPr>
            </w:pPr>
          </w:p>
        </w:tc>
        <w:tc>
          <w:tcPr>
            <w:tcW w:w="1150" w:type="pct"/>
            <w:vMerge w:val="restart"/>
            <w:tcBorders>
              <w:top w:val="single" w:sz="4" w:space="0" w:color="AFC6D1"/>
              <w:left w:val="single" w:sz="4" w:space="0" w:color="AFC6D1"/>
              <w:right w:val="single" w:sz="4" w:space="0" w:color="AFC6D1"/>
            </w:tcBorders>
            <w:shd w:val="clear" w:color="auto" w:fill="D9EAF4"/>
            <w:tcMar>
              <w:top w:w="60" w:type="dxa"/>
              <w:left w:w="80" w:type="dxa"/>
              <w:bottom w:w="60" w:type="dxa"/>
              <w:right w:w="80" w:type="dxa"/>
            </w:tcMar>
            <w:vAlign w:val="center"/>
          </w:tcPr>
          <w:p w14:paraId="7561CE23" w14:textId="1C9104E7" w:rsidR="00610E34" w:rsidRPr="00EE02C6" w:rsidRDefault="00610E34" w:rsidP="00B22FAB">
            <w:pPr>
              <w:spacing w:after="0" w:line="240" w:lineRule="auto"/>
              <w:jc w:val="both"/>
              <w:rPr>
                <w:rFonts w:eastAsia="SimSun" w:cs="Arial"/>
                <w:szCs w:val="20"/>
                <w:lang w:val="fr-FR" w:eastAsia="zh-CN"/>
              </w:rPr>
            </w:pPr>
            <w:r>
              <w:rPr>
                <w:rFonts w:eastAsia="SimSun" w:cs="Arial" w:hint="eastAsia"/>
                <w:b/>
                <w:color w:val="212B36"/>
                <w:szCs w:val="20"/>
                <w:lang w:val="fr-FR" w:eastAsia="zh-CN"/>
              </w:rPr>
              <w:t>Produits/Technologies principa</w:t>
            </w:r>
            <w:r w:rsidR="006C5812">
              <w:rPr>
                <w:rFonts w:eastAsia="SimSun" w:cs="Arial" w:hint="eastAsia"/>
                <w:b/>
                <w:color w:val="212B36"/>
                <w:szCs w:val="20"/>
                <w:lang w:val="fr-FR" w:eastAsia="zh-CN"/>
              </w:rPr>
              <w:t>ux</w:t>
            </w:r>
          </w:p>
        </w:tc>
        <w:tc>
          <w:tcPr>
            <w:tcW w:w="1294" w:type="pct"/>
            <w:vMerge w:val="restart"/>
            <w:tcBorders>
              <w:top w:val="single" w:sz="4" w:space="0" w:color="AFC6D1"/>
              <w:left w:val="single" w:sz="4" w:space="0" w:color="AFC6D1"/>
              <w:right w:val="single" w:sz="4" w:space="0" w:color="AFC6D1"/>
            </w:tcBorders>
            <w:shd w:val="clear" w:color="auto" w:fill="auto"/>
            <w:tcMar>
              <w:top w:w="60" w:type="dxa"/>
              <w:left w:w="80" w:type="dxa"/>
              <w:bottom w:w="60" w:type="dxa"/>
              <w:right w:w="80" w:type="dxa"/>
            </w:tcMar>
            <w:vAlign w:val="center"/>
          </w:tcPr>
          <w:p w14:paraId="442DFA8B" w14:textId="5EF96B77" w:rsidR="00610E34" w:rsidRPr="00773F08" w:rsidRDefault="00610E34" w:rsidP="00CF4BF6">
            <w:pPr>
              <w:spacing w:after="0" w:line="240" w:lineRule="auto"/>
              <w:rPr>
                <w:rFonts w:eastAsia="微軟正黑體" w:cs="Arial"/>
                <w:szCs w:val="20"/>
                <w:lang w:val="fr-FR"/>
              </w:rPr>
            </w:pPr>
          </w:p>
        </w:tc>
      </w:tr>
      <w:tr w:rsidR="00610E34" w:rsidRPr="00773F08" w14:paraId="618D799F" w14:textId="77777777" w:rsidTr="00610E34">
        <w:trPr>
          <w:jc w:val="center"/>
        </w:trPr>
        <w:tc>
          <w:tcPr>
            <w:tcW w:w="1296"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74FABEBD" w14:textId="7BBCE303" w:rsidR="00610E34" w:rsidRPr="006E15F3" w:rsidRDefault="00610E34" w:rsidP="00B22FAB">
            <w:pPr>
              <w:spacing w:after="0" w:line="240" w:lineRule="auto"/>
              <w:jc w:val="both"/>
              <w:rPr>
                <w:rFonts w:eastAsia="SimSun" w:cs="Arial"/>
                <w:szCs w:val="20"/>
                <w:lang w:val="fr-FR" w:eastAsia="zh-CN"/>
              </w:rPr>
            </w:pPr>
            <w:r>
              <w:rPr>
                <w:rFonts w:eastAsia="SimSun" w:cs="Arial"/>
                <w:b/>
                <w:color w:val="212B36"/>
                <w:szCs w:val="20"/>
                <w:lang w:val="fr-FR" w:eastAsia="zh-CN"/>
              </w:rPr>
              <w:t>Téléphone</w:t>
            </w:r>
            <w:r>
              <w:rPr>
                <w:rFonts w:eastAsia="SimSun" w:cs="Arial" w:hint="eastAsia"/>
                <w:b/>
                <w:color w:val="212B36"/>
                <w:szCs w:val="20"/>
                <w:lang w:val="fr-FR" w:eastAsia="zh-CN"/>
              </w:rPr>
              <w:t xml:space="preserve"> </w:t>
            </w:r>
          </w:p>
        </w:tc>
        <w:tc>
          <w:tcPr>
            <w:tcW w:w="1260"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52745EB5" w14:textId="60081380" w:rsidR="00610E34" w:rsidRPr="00773F08" w:rsidRDefault="00610E34" w:rsidP="00CF4BF6">
            <w:pPr>
              <w:spacing w:after="0" w:line="240" w:lineRule="auto"/>
              <w:jc w:val="both"/>
              <w:rPr>
                <w:rFonts w:eastAsia="微軟正黑體" w:cs="Arial"/>
                <w:color w:val="212B36"/>
                <w:szCs w:val="20"/>
                <w:lang w:val="fr-FR" w:eastAsia="zh-TW"/>
              </w:rPr>
            </w:pPr>
          </w:p>
        </w:tc>
        <w:tc>
          <w:tcPr>
            <w:tcW w:w="1150" w:type="pct"/>
            <w:vMerge/>
            <w:tcBorders>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55621DF2" w14:textId="68E97AE4" w:rsidR="00610E34" w:rsidRPr="00773F08" w:rsidRDefault="00610E34" w:rsidP="00B22FAB">
            <w:pPr>
              <w:spacing w:after="0" w:line="240" w:lineRule="auto"/>
              <w:jc w:val="both"/>
              <w:rPr>
                <w:rFonts w:eastAsia="微軟正黑體" w:cs="Arial"/>
                <w:szCs w:val="20"/>
                <w:lang w:val="fr-FR"/>
              </w:rPr>
            </w:pPr>
          </w:p>
        </w:tc>
        <w:tc>
          <w:tcPr>
            <w:tcW w:w="1294" w:type="pct"/>
            <w:vMerge/>
            <w:tcBorders>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30239EBD" w14:textId="219C9650" w:rsidR="00610E34" w:rsidRPr="00773F08" w:rsidRDefault="00610E34" w:rsidP="00CF4BF6">
            <w:pPr>
              <w:spacing w:after="0" w:line="240" w:lineRule="auto"/>
              <w:rPr>
                <w:rFonts w:eastAsia="微軟正黑體" w:cs="Arial"/>
                <w:szCs w:val="20"/>
                <w:lang w:val="fr-FR"/>
              </w:rPr>
            </w:pPr>
          </w:p>
        </w:tc>
      </w:tr>
    </w:tbl>
    <w:p w14:paraId="0B7FB51D" w14:textId="77777777" w:rsidR="00FC3DA0" w:rsidRPr="00773F08" w:rsidRDefault="00FC3DA0">
      <w:pPr>
        <w:spacing w:after="40"/>
        <w:rPr>
          <w:rFonts w:eastAsia="微軟正黑體" w:cs="Arial"/>
          <w:sz w:val="22"/>
          <w:szCs w:val="24"/>
          <w:lang w:val="fr-FR"/>
        </w:rPr>
      </w:pPr>
    </w:p>
    <w:tbl>
      <w:tblPr>
        <w:tblW w:w="5019" w:type="pct"/>
        <w:jc w:val="center"/>
        <w:tblLook w:val="04A0" w:firstRow="1" w:lastRow="0" w:firstColumn="1" w:lastColumn="0" w:noHBand="0" w:noVBand="1"/>
      </w:tblPr>
      <w:tblGrid>
        <w:gridCol w:w="7755"/>
        <w:gridCol w:w="2933"/>
      </w:tblGrid>
      <w:tr w:rsidR="009D5365" w:rsidRPr="00773F08" w14:paraId="1EECF0F0" w14:textId="77777777" w:rsidTr="009D5365">
        <w:trPr>
          <w:trHeight w:val="340"/>
          <w:jc w:val="center"/>
        </w:trPr>
        <w:tc>
          <w:tcPr>
            <w:tcW w:w="5000" w:type="pct"/>
            <w:gridSpan w:val="2"/>
            <w:tcBorders>
              <w:top w:val="single" w:sz="4" w:space="0" w:color="AFC6D1"/>
              <w:left w:val="single" w:sz="4" w:space="0" w:color="AFC6D1"/>
              <w:bottom w:val="single" w:sz="4" w:space="0" w:color="AFC6D1"/>
              <w:right w:val="single" w:sz="4" w:space="0" w:color="AFC6D1"/>
            </w:tcBorders>
            <w:shd w:val="clear" w:color="auto" w:fill="365F91"/>
            <w:tcMar>
              <w:top w:w="60" w:type="dxa"/>
              <w:left w:w="80" w:type="dxa"/>
              <w:bottom w:w="60" w:type="dxa"/>
              <w:right w:w="80" w:type="dxa"/>
            </w:tcMar>
            <w:vAlign w:val="center"/>
          </w:tcPr>
          <w:p w14:paraId="50EC93BF" w14:textId="48616175" w:rsidR="009D5365" w:rsidRPr="00773F08" w:rsidRDefault="00610E34" w:rsidP="00B22FAB">
            <w:pPr>
              <w:spacing w:after="0" w:line="240" w:lineRule="auto"/>
              <w:jc w:val="both"/>
              <w:rPr>
                <w:rFonts w:eastAsia="微軟正黑體" w:cs="Arial"/>
                <w:color w:val="212B36"/>
                <w:szCs w:val="24"/>
                <w:lang w:val="fr-FR" w:eastAsia="zh-TW"/>
              </w:rPr>
            </w:pPr>
            <w:r>
              <w:rPr>
                <w:rFonts w:eastAsia="SimSun" w:cs="Arial" w:hint="eastAsia"/>
                <w:b/>
                <w:color w:val="FFFFFF"/>
                <w:sz w:val="22"/>
                <w:lang w:val="fr-FR" w:eastAsia="zh-CN"/>
              </w:rPr>
              <w:t xml:space="preserve">B. </w:t>
            </w:r>
            <w:r>
              <w:rPr>
                <w:rFonts w:eastAsia="SimSun" w:cs="Arial"/>
                <w:b/>
                <w:color w:val="FFFFFF"/>
                <w:sz w:val="22"/>
                <w:lang w:val="fr-FR" w:eastAsia="zh-CN"/>
              </w:rPr>
              <w:t>Intérêt</w:t>
            </w:r>
            <w:r>
              <w:rPr>
                <w:rFonts w:eastAsia="SimSun" w:cs="Arial" w:hint="eastAsia"/>
                <w:b/>
                <w:color w:val="FFFFFF"/>
                <w:sz w:val="22"/>
                <w:lang w:val="fr-FR" w:eastAsia="zh-CN"/>
              </w:rPr>
              <w:t xml:space="preserve"> de participation</w:t>
            </w:r>
          </w:p>
        </w:tc>
      </w:tr>
      <w:tr w:rsidR="00FC3DA0" w:rsidRPr="00773F08" w14:paraId="37452377" w14:textId="77777777" w:rsidTr="00B23364">
        <w:trPr>
          <w:jc w:val="center"/>
        </w:trPr>
        <w:tc>
          <w:tcPr>
            <w:tcW w:w="3628"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32431AB1" w14:textId="515FA6F3" w:rsidR="00FC3DA0" w:rsidRPr="00610E34" w:rsidRDefault="00EA6022" w:rsidP="00D715F3">
            <w:pPr>
              <w:spacing w:after="0" w:line="240" w:lineRule="auto"/>
              <w:jc w:val="both"/>
              <w:rPr>
                <w:rFonts w:eastAsia="微軟正黑體" w:cs="Arial"/>
                <w:b/>
                <w:color w:val="212B36"/>
                <w:szCs w:val="24"/>
                <w:lang w:val="fr-FR" w:eastAsia="zh-TW"/>
              </w:rPr>
            </w:pPr>
            <w:r w:rsidRPr="00773F08">
              <w:rPr>
                <w:rFonts w:eastAsia="微軟正黑體" w:cs="Arial"/>
                <w:b/>
                <w:color w:val="212B36"/>
                <w:szCs w:val="24"/>
                <w:lang w:val="fr-FR" w:eastAsia="zh-TW"/>
              </w:rPr>
              <w:t xml:space="preserve">1. </w:t>
            </w:r>
            <w:r w:rsidR="00610E34" w:rsidRPr="00610E34">
              <w:rPr>
                <w:rFonts w:eastAsia="微軟正黑體" w:cs="Arial"/>
                <w:b/>
                <w:color w:val="212B36"/>
                <w:szCs w:val="24"/>
                <w:lang w:val="fr-FR" w:eastAsia="zh-TW"/>
              </w:rPr>
              <w:t>Souhaitez-vous participer au forum et aux rencontres B2B ?</w:t>
            </w:r>
          </w:p>
        </w:tc>
        <w:tc>
          <w:tcPr>
            <w:tcW w:w="1372"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5363D091" w14:textId="7AEE55A1" w:rsidR="00FC3DA0" w:rsidRPr="00610E34" w:rsidRDefault="00FB1901" w:rsidP="00CF4BF6">
            <w:pPr>
              <w:spacing w:after="0" w:line="240" w:lineRule="auto"/>
              <w:rPr>
                <w:rFonts w:eastAsia="SimSun" w:cs="Arial"/>
                <w:sz w:val="22"/>
                <w:szCs w:val="24"/>
                <w:lang w:val="fr-FR" w:eastAsia="zh-CN"/>
              </w:rPr>
            </w:pPr>
            <w:sdt>
              <w:sdtPr>
                <w:rPr>
                  <w:rFonts w:ascii="微軟正黑體" w:eastAsia="微軟正黑體" w:hAnsi="微軟正黑體" w:cs="Times New Roman"/>
                  <w:szCs w:val="24"/>
                  <w:lang w:val="fr-FR" w:eastAsia="zh-TW"/>
                </w:rPr>
                <w:id w:val="-1578974641"/>
                <w14:checkbox>
                  <w14:checked w14:val="0"/>
                  <w14:checkedState w14:val="0052" w14:font="Wingdings 2"/>
                  <w14:uncheckedState w14:val="2610" w14:font="MS Gothic"/>
                </w14:checkbox>
              </w:sdtPr>
              <w:sdtEndPr/>
              <w:sdtContent>
                <w:r w:rsidR="00C23456" w:rsidRPr="00773F08">
                  <w:rPr>
                    <w:rFonts w:ascii="MS Gothic" w:eastAsia="MS Gothic" w:hAnsi="MS Gothic" w:cs="Times New Roman"/>
                    <w:szCs w:val="24"/>
                    <w:lang w:val="fr-FR" w:eastAsia="zh-TW"/>
                  </w:rPr>
                  <w:t>☐</w:t>
                </w:r>
              </w:sdtContent>
            </w:sdt>
            <w:r w:rsidR="00C23456" w:rsidRPr="00773F08">
              <w:rPr>
                <w:rFonts w:ascii="微軟正黑體" w:eastAsia="微軟正黑體" w:hAnsi="微軟正黑體" w:cs="Times New Roman"/>
                <w:szCs w:val="24"/>
                <w:lang w:val="fr-FR" w:eastAsia="zh-TW"/>
              </w:rPr>
              <w:t xml:space="preserve"> </w:t>
            </w:r>
            <w:r w:rsidR="00610E34">
              <w:rPr>
                <w:rFonts w:eastAsia="SimSun" w:cs="Times New Roman" w:hint="eastAsia"/>
                <w:szCs w:val="24"/>
                <w:lang w:val="fr-FR" w:eastAsia="zh-CN"/>
              </w:rPr>
              <w:t>Oui</w:t>
            </w:r>
            <w:r w:rsidR="00C23456" w:rsidRPr="00773F08">
              <w:rPr>
                <w:rFonts w:eastAsia="微軟正黑體" w:cs="Arial"/>
                <w:color w:val="212B36"/>
                <w:szCs w:val="24"/>
                <w:lang w:val="fr-FR" w:eastAsia="zh-TW"/>
              </w:rPr>
              <w:t xml:space="preserve">　　　　</w:t>
            </w:r>
            <w:sdt>
              <w:sdtPr>
                <w:rPr>
                  <w:rFonts w:ascii="微軟正黑體" w:eastAsia="微軟正黑體" w:hAnsi="微軟正黑體" w:cs="Times New Roman"/>
                  <w:szCs w:val="24"/>
                  <w:lang w:val="fr-FR" w:eastAsia="zh-TW"/>
                </w:rPr>
                <w:id w:val="477879507"/>
                <w14:checkbox>
                  <w14:checked w14:val="0"/>
                  <w14:checkedState w14:val="0052" w14:font="Wingdings 2"/>
                  <w14:uncheckedState w14:val="2610" w14:font="MS Gothic"/>
                </w14:checkbox>
              </w:sdtPr>
              <w:sdtEndPr/>
              <w:sdtContent>
                <w:r w:rsidR="00C23456" w:rsidRPr="00773F08">
                  <w:rPr>
                    <w:rFonts w:ascii="MS Gothic" w:eastAsia="MS Gothic" w:hAnsi="MS Gothic" w:cs="Times New Roman"/>
                    <w:szCs w:val="24"/>
                    <w:lang w:val="fr-FR" w:eastAsia="zh-TW"/>
                  </w:rPr>
                  <w:t>☐</w:t>
                </w:r>
              </w:sdtContent>
            </w:sdt>
            <w:r w:rsidR="00C23456" w:rsidRPr="00773F08">
              <w:rPr>
                <w:rFonts w:eastAsia="微軟正黑體" w:cs="Arial"/>
                <w:color w:val="212B36"/>
                <w:szCs w:val="24"/>
                <w:lang w:val="fr-FR" w:eastAsia="zh-TW"/>
              </w:rPr>
              <w:t xml:space="preserve"> </w:t>
            </w:r>
            <w:r w:rsidR="00610E34">
              <w:rPr>
                <w:rFonts w:eastAsia="SimSun" w:cs="Arial" w:hint="eastAsia"/>
                <w:color w:val="212B36"/>
                <w:szCs w:val="24"/>
                <w:lang w:val="fr-FR" w:eastAsia="zh-CN"/>
              </w:rPr>
              <w:t xml:space="preserve">En </w:t>
            </w:r>
            <w:r w:rsidR="00610E34">
              <w:rPr>
                <w:rFonts w:eastAsia="SimSun" w:cs="Arial"/>
                <w:color w:val="212B36"/>
                <w:szCs w:val="24"/>
                <w:lang w:val="fr-FR" w:eastAsia="zh-CN"/>
              </w:rPr>
              <w:t>réflexion</w:t>
            </w:r>
          </w:p>
        </w:tc>
      </w:tr>
      <w:tr w:rsidR="00FC3DA0" w:rsidRPr="00773F08" w14:paraId="09ADAF6B" w14:textId="77777777" w:rsidTr="00B23364">
        <w:trPr>
          <w:jc w:val="center"/>
        </w:trPr>
        <w:tc>
          <w:tcPr>
            <w:tcW w:w="3628"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726E6F6F" w14:textId="2B2DA66D" w:rsidR="00FC3DA0" w:rsidRPr="001A6A9E" w:rsidRDefault="00EA6022" w:rsidP="00D715F3">
            <w:pPr>
              <w:spacing w:after="0" w:line="240" w:lineRule="auto"/>
              <w:jc w:val="both"/>
              <w:rPr>
                <w:rFonts w:eastAsia="微軟正黑體" w:cs="Arial"/>
                <w:b/>
                <w:color w:val="212B36"/>
                <w:szCs w:val="24"/>
                <w:lang w:val="fr-FR" w:eastAsia="zh-TW"/>
              </w:rPr>
            </w:pPr>
            <w:r w:rsidRPr="00773F08">
              <w:rPr>
                <w:rFonts w:eastAsia="微軟正黑體" w:cs="Arial"/>
                <w:b/>
                <w:color w:val="212B36"/>
                <w:szCs w:val="24"/>
                <w:lang w:val="fr-FR" w:eastAsia="zh-TW"/>
              </w:rPr>
              <w:t xml:space="preserve">2. </w:t>
            </w:r>
            <w:r w:rsidR="001A6A9E" w:rsidRPr="001A6A9E">
              <w:rPr>
                <w:rFonts w:eastAsia="微軟正黑體" w:cs="Arial"/>
                <w:b/>
                <w:color w:val="212B36"/>
                <w:szCs w:val="24"/>
                <w:lang w:val="fr-FR" w:eastAsia="zh-TW"/>
              </w:rPr>
              <w:t xml:space="preserve">Seriez-vous disposé à effectuer une courte présentation de 3 à 5 minutes </w:t>
            </w:r>
            <w:r w:rsidR="001A6A9E">
              <w:rPr>
                <w:rFonts w:eastAsia="SimSun" w:cs="Arial" w:hint="eastAsia"/>
                <w:b/>
                <w:color w:val="212B36"/>
                <w:szCs w:val="24"/>
                <w:lang w:val="fr-FR" w:eastAsia="zh-CN"/>
              </w:rPr>
              <w:t>lors de l</w:t>
            </w:r>
            <w:r w:rsidR="001A6A9E">
              <w:rPr>
                <w:rFonts w:eastAsia="SimSun" w:cs="Arial"/>
                <w:b/>
                <w:color w:val="212B36"/>
                <w:szCs w:val="24"/>
                <w:lang w:val="fr-FR" w:eastAsia="zh-CN"/>
              </w:rPr>
              <w:t>’évènement </w:t>
            </w:r>
            <w:r w:rsidR="001A6A9E">
              <w:rPr>
                <w:rFonts w:eastAsia="SimSun" w:cs="Arial" w:hint="eastAsia"/>
                <w:b/>
                <w:color w:val="212B36"/>
                <w:szCs w:val="24"/>
                <w:lang w:val="fr-FR" w:eastAsia="zh-CN"/>
              </w:rPr>
              <w:t>?</w:t>
            </w:r>
          </w:p>
        </w:tc>
        <w:tc>
          <w:tcPr>
            <w:tcW w:w="1372"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11B5E20C" w14:textId="50712016" w:rsidR="00FC3DA0" w:rsidRPr="00610E34" w:rsidRDefault="00FB1901" w:rsidP="00CF4BF6">
            <w:pPr>
              <w:spacing w:after="0" w:line="240" w:lineRule="auto"/>
              <w:rPr>
                <w:rFonts w:eastAsia="SimSun" w:cs="Arial"/>
                <w:sz w:val="22"/>
                <w:szCs w:val="24"/>
                <w:lang w:val="fr-FR" w:eastAsia="zh-CN"/>
              </w:rPr>
            </w:pPr>
            <w:sdt>
              <w:sdtPr>
                <w:rPr>
                  <w:rFonts w:ascii="微軟正黑體" w:eastAsia="微軟正黑體" w:hAnsi="微軟正黑體" w:cs="Times New Roman"/>
                  <w:szCs w:val="24"/>
                  <w:lang w:val="fr-FR" w:eastAsia="zh-TW"/>
                </w:rPr>
                <w:id w:val="-1844319672"/>
                <w14:checkbox>
                  <w14:checked w14:val="0"/>
                  <w14:checkedState w14:val="0052" w14:font="Wingdings 2"/>
                  <w14:uncheckedState w14:val="2610" w14:font="MS Gothic"/>
                </w14:checkbox>
              </w:sdtPr>
              <w:sdtEndPr/>
              <w:sdtContent>
                <w:r w:rsidR="00610E34" w:rsidRPr="00773F08">
                  <w:rPr>
                    <w:rFonts w:ascii="MS Gothic" w:eastAsia="MS Gothic" w:hAnsi="MS Gothic" w:cs="Times New Roman"/>
                    <w:szCs w:val="24"/>
                    <w:lang w:val="fr-FR" w:eastAsia="zh-TW"/>
                  </w:rPr>
                  <w:t>☐</w:t>
                </w:r>
              </w:sdtContent>
            </w:sdt>
            <w:r w:rsidR="00610E34" w:rsidRPr="00773F08">
              <w:rPr>
                <w:rFonts w:ascii="微軟正黑體" w:eastAsia="微軟正黑體" w:hAnsi="微軟正黑體" w:cs="Times New Roman"/>
                <w:szCs w:val="24"/>
                <w:lang w:val="fr-FR" w:eastAsia="zh-TW"/>
              </w:rPr>
              <w:t xml:space="preserve"> </w:t>
            </w:r>
            <w:r w:rsidR="00610E34">
              <w:rPr>
                <w:rFonts w:eastAsia="SimSun" w:cs="Times New Roman" w:hint="eastAsia"/>
                <w:szCs w:val="24"/>
                <w:lang w:val="fr-FR" w:eastAsia="zh-CN"/>
              </w:rPr>
              <w:t>Oui</w:t>
            </w:r>
            <w:r w:rsidR="00610E34" w:rsidRPr="00773F08">
              <w:rPr>
                <w:rFonts w:eastAsia="微軟正黑體" w:cs="Arial"/>
                <w:color w:val="212B36"/>
                <w:szCs w:val="24"/>
                <w:lang w:val="fr-FR" w:eastAsia="zh-TW"/>
              </w:rPr>
              <w:t xml:space="preserve">　　　　</w:t>
            </w:r>
            <w:sdt>
              <w:sdtPr>
                <w:rPr>
                  <w:rFonts w:ascii="微軟正黑體" w:eastAsia="微軟正黑體" w:hAnsi="微軟正黑體" w:cs="Times New Roman"/>
                  <w:szCs w:val="24"/>
                  <w:lang w:val="fr-FR" w:eastAsia="zh-TW"/>
                </w:rPr>
                <w:id w:val="970333605"/>
                <w14:checkbox>
                  <w14:checked w14:val="0"/>
                  <w14:checkedState w14:val="0052" w14:font="Wingdings 2"/>
                  <w14:uncheckedState w14:val="2610" w14:font="MS Gothic"/>
                </w14:checkbox>
              </w:sdtPr>
              <w:sdtEndPr/>
              <w:sdtContent>
                <w:r w:rsidR="00610E34" w:rsidRPr="00773F08">
                  <w:rPr>
                    <w:rFonts w:ascii="MS Gothic" w:eastAsia="MS Gothic" w:hAnsi="MS Gothic" w:cs="Times New Roman"/>
                    <w:szCs w:val="24"/>
                    <w:lang w:val="fr-FR" w:eastAsia="zh-TW"/>
                  </w:rPr>
                  <w:t>☐</w:t>
                </w:r>
              </w:sdtContent>
            </w:sdt>
            <w:r w:rsidR="00610E34" w:rsidRPr="00773F08">
              <w:rPr>
                <w:rFonts w:eastAsia="微軟正黑體" w:cs="Arial"/>
                <w:color w:val="212B36"/>
                <w:szCs w:val="24"/>
                <w:lang w:val="fr-FR" w:eastAsia="zh-TW"/>
              </w:rPr>
              <w:t xml:space="preserve"> </w:t>
            </w:r>
            <w:r w:rsidR="00610E34">
              <w:rPr>
                <w:rFonts w:eastAsia="SimSun" w:cs="Arial" w:hint="eastAsia"/>
                <w:color w:val="212B36"/>
                <w:szCs w:val="24"/>
                <w:lang w:val="fr-FR" w:eastAsia="zh-CN"/>
              </w:rPr>
              <w:t xml:space="preserve">En </w:t>
            </w:r>
            <w:r w:rsidR="00610E34">
              <w:rPr>
                <w:rFonts w:eastAsia="SimSun" w:cs="Arial"/>
                <w:color w:val="212B36"/>
                <w:szCs w:val="24"/>
                <w:lang w:val="fr-FR" w:eastAsia="zh-CN"/>
              </w:rPr>
              <w:t>réflexion</w:t>
            </w:r>
          </w:p>
        </w:tc>
      </w:tr>
      <w:tr w:rsidR="00FC3DA0" w:rsidRPr="00773F08" w14:paraId="2FFCA72E" w14:textId="77777777" w:rsidTr="00B23364">
        <w:trPr>
          <w:jc w:val="center"/>
        </w:trPr>
        <w:tc>
          <w:tcPr>
            <w:tcW w:w="3628"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672F532B" w14:textId="28E991F2" w:rsidR="00FC3DA0" w:rsidRPr="002B4B33" w:rsidRDefault="00D715F3" w:rsidP="00D715F3">
            <w:pPr>
              <w:spacing w:after="0" w:line="240" w:lineRule="auto"/>
              <w:jc w:val="both"/>
              <w:rPr>
                <w:rFonts w:eastAsia="SimSun" w:cs="Arial"/>
                <w:b/>
                <w:color w:val="212B36"/>
                <w:szCs w:val="24"/>
                <w:lang w:val="fr-FR" w:eastAsia="zh-CN"/>
              </w:rPr>
            </w:pPr>
            <w:r w:rsidRPr="00773F08">
              <w:rPr>
                <w:rFonts w:eastAsia="微軟正黑體" w:cs="Arial"/>
                <w:b/>
                <w:color w:val="212B36"/>
                <w:szCs w:val="24"/>
                <w:lang w:val="fr-FR" w:eastAsia="zh-TW"/>
              </w:rPr>
              <w:t xml:space="preserve">3. </w:t>
            </w:r>
            <w:r w:rsidR="002B4B33" w:rsidRPr="002B4B33">
              <w:rPr>
                <w:rFonts w:eastAsia="微軟正黑體" w:cs="Arial"/>
                <w:b/>
                <w:color w:val="212B36"/>
                <w:szCs w:val="24"/>
                <w:lang w:val="fr-FR" w:eastAsia="zh-TW"/>
              </w:rPr>
              <w:t>Si d</w:t>
            </w:r>
            <w:r w:rsidR="002B4B33">
              <w:rPr>
                <w:rFonts w:eastAsia="SimSun" w:cs="Arial" w:hint="eastAsia"/>
                <w:b/>
                <w:color w:val="212B36"/>
                <w:szCs w:val="24"/>
                <w:lang w:val="fr-FR" w:eastAsia="zh-CN"/>
              </w:rPr>
              <w:t>es</w:t>
            </w:r>
            <w:r w:rsidR="002B4B33" w:rsidRPr="002B4B33">
              <w:rPr>
                <w:rFonts w:eastAsia="微軟正黑體" w:cs="Arial"/>
                <w:b/>
                <w:color w:val="212B36"/>
                <w:szCs w:val="24"/>
                <w:lang w:val="fr-FR" w:eastAsia="zh-TW"/>
              </w:rPr>
              <w:t xml:space="preserve"> entreprises</w:t>
            </w:r>
            <w:r w:rsidR="002B4B33">
              <w:rPr>
                <w:rFonts w:eastAsia="SimSun" w:cs="Arial" w:hint="eastAsia"/>
                <w:b/>
                <w:color w:val="212B36"/>
                <w:szCs w:val="24"/>
                <w:lang w:val="fr-FR" w:eastAsia="zh-CN"/>
              </w:rPr>
              <w:t xml:space="preserve"> taiwanaises</w:t>
            </w:r>
            <w:r w:rsidR="002B4B33" w:rsidRPr="002B4B33">
              <w:rPr>
                <w:rFonts w:eastAsia="微軟正黑體" w:cs="Arial"/>
                <w:b/>
                <w:color w:val="212B36"/>
                <w:szCs w:val="24"/>
                <w:lang w:val="fr-FR" w:eastAsia="zh-TW"/>
              </w:rPr>
              <w:t xml:space="preserve"> manifestent de l’intérêt pour v</w:t>
            </w:r>
            <w:r w:rsidR="002B4B33">
              <w:rPr>
                <w:rFonts w:eastAsia="SimSun" w:cs="Arial" w:hint="eastAsia"/>
                <w:b/>
                <w:color w:val="212B36"/>
                <w:szCs w:val="24"/>
                <w:lang w:val="fr-FR" w:eastAsia="zh-CN"/>
              </w:rPr>
              <w:t>otre entreprise</w:t>
            </w:r>
            <w:r w:rsidR="002B4B33" w:rsidRPr="002B4B33">
              <w:rPr>
                <w:rFonts w:eastAsia="微軟正黑體" w:cs="Arial"/>
                <w:b/>
                <w:color w:val="212B36"/>
                <w:szCs w:val="24"/>
                <w:lang w:val="fr-FR" w:eastAsia="zh-TW"/>
              </w:rPr>
              <w:t>, acceptez-vous que l’équipe organisatrice partage vos coordonnées ?</w:t>
            </w:r>
          </w:p>
        </w:tc>
        <w:tc>
          <w:tcPr>
            <w:tcW w:w="1372"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1D967469" w14:textId="445E508E" w:rsidR="00FC3DA0" w:rsidRPr="00610E34" w:rsidRDefault="00FB1901" w:rsidP="00CF4BF6">
            <w:pPr>
              <w:spacing w:after="0" w:line="240" w:lineRule="auto"/>
              <w:rPr>
                <w:rFonts w:eastAsia="SimSun" w:cs="Arial"/>
                <w:sz w:val="22"/>
                <w:szCs w:val="24"/>
                <w:lang w:val="fr-FR" w:eastAsia="zh-CN"/>
              </w:rPr>
            </w:pPr>
            <w:sdt>
              <w:sdtPr>
                <w:rPr>
                  <w:rFonts w:ascii="微軟正黑體" w:eastAsia="微軟正黑體" w:hAnsi="微軟正黑體" w:cs="Times New Roman"/>
                  <w:szCs w:val="24"/>
                  <w:lang w:val="fr-FR" w:eastAsia="zh-TW"/>
                </w:rPr>
                <w:id w:val="-1362046423"/>
                <w14:checkbox>
                  <w14:checked w14:val="0"/>
                  <w14:checkedState w14:val="0052" w14:font="Wingdings 2"/>
                  <w14:uncheckedState w14:val="2610" w14:font="MS Gothic"/>
                </w14:checkbox>
              </w:sdtPr>
              <w:sdtEndPr/>
              <w:sdtContent>
                <w:r w:rsidR="00610E34" w:rsidRPr="00773F08">
                  <w:rPr>
                    <w:rFonts w:ascii="MS Gothic" w:eastAsia="MS Gothic" w:hAnsi="MS Gothic" w:cs="Times New Roman"/>
                    <w:szCs w:val="24"/>
                    <w:lang w:val="fr-FR" w:eastAsia="zh-TW"/>
                  </w:rPr>
                  <w:t>☐</w:t>
                </w:r>
              </w:sdtContent>
            </w:sdt>
            <w:r w:rsidR="00610E34" w:rsidRPr="00773F08">
              <w:rPr>
                <w:rFonts w:ascii="微軟正黑體" w:eastAsia="微軟正黑體" w:hAnsi="微軟正黑體" w:cs="Times New Roman"/>
                <w:szCs w:val="24"/>
                <w:lang w:val="fr-FR" w:eastAsia="zh-TW"/>
              </w:rPr>
              <w:t xml:space="preserve"> </w:t>
            </w:r>
            <w:r w:rsidR="00610E34">
              <w:rPr>
                <w:rFonts w:eastAsia="SimSun" w:cs="Times New Roman" w:hint="eastAsia"/>
                <w:szCs w:val="24"/>
                <w:lang w:val="fr-FR" w:eastAsia="zh-CN"/>
              </w:rPr>
              <w:t>Oui</w:t>
            </w:r>
            <w:r w:rsidR="00610E34" w:rsidRPr="00773F08">
              <w:rPr>
                <w:rFonts w:eastAsia="微軟正黑體" w:cs="Arial"/>
                <w:color w:val="212B36"/>
                <w:szCs w:val="24"/>
                <w:lang w:val="fr-FR" w:eastAsia="zh-TW"/>
              </w:rPr>
              <w:t xml:space="preserve">　　　　</w:t>
            </w:r>
            <w:sdt>
              <w:sdtPr>
                <w:rPr>
                  <w:rFonts w:ascii="微軟正黑體" w:eastAsia="微軟正黑體" w:hAnsi="微軟正黑體" w:cs="Times New Roman"/>
                  <w:szCs w:val="24"/>
                  <w:lang w:val="fr-FR" w:eastAsia="zh-TW"/>
                </w:rPr>
                <w:id w:val="-791972857"/>
                <w14:checkbox>
                  <w14:checked w14:val="0"/>
                  <w14:checkedState w14:val="0052" w14:font="Wingdings 2"/>
                  <w14:uncheckedState w14:val="2610" w14:font="MS Gothic"/>
                </w14:checkbox>
              </w:sdtPr>
              <w:sdtEndPr/>
              <w:sdtContent>
                <w:r w:rsidR="00610E34" w:rsidRPr="00773F08">
                  <w:rPr>
                    <w:rFonts w:ascii="MS Gothic" w:eastAsia="MS Gothic" w:hAnsi="MS Gothic" w:cs="Times New Roman"/>
                    <w:szCs w:val="24"/>
                    <w:lang w:val="fr-FR" w:eastAsia="zh-TW"/>
                  </w:rPr>
                  <w:t>☐</w:t>
                </w:r>
              </w:sdtContent>
            </w:sdt>
            <w:r w:rsidR="00610E34" w:rsidRPr="00773F08">
              <w:rPr>
                <w:rFonts w:eastAsia="微軟正黑體" w:cs="Arial"/>
                <w:color w:val="212B36"/>
                <w:szCs w:val="24"/>
                <w:lang w:val="fr-FR" w:eastAsia="zh-TW"/>
              </w:rPr>
              <w:t xml:space="preserve"> </w:t>
            </w:r>
            <w:r w:rsidR="00610E34">
              <w:rPr>
                <w:rFonts w:eastAsia="SimSun" w:cs="Arial" w:hint="eastAsia"/>
                <w:color w:val="212B36"/>
                <w:szCs w:val="24"/>
                <w:lang w:val="fr-FR" w:eastAsia="zh-CN"/>
              </w:rPr>
              <w:t xml:space="preserve">En </w:t>
            </w:r>
            <w:r w:rsidR="00610E34">
              <w:rPr>
                <w:rFonts w:eastAsia="SimSun" w:cs="Arial"/>
                <w:color w:val="212B36"/>
                <w:szCs w:val="24"/>
                <w:lang w:val="fr-FR" w:eastAsia="zh-CN"/>
              </w:rPr>
              <w:t>réflexion</w:t>
            </w:r>
          </w:p>
        </w:tc>
      </w:tr>
    </w:tbl>
    <w:p w14:paraId="0AA64AAF" w14:textId="77777777" w:rsidR="00FC3DA0" w:rsidRPr="00773F08" w:rsidRDefault="00FC3DA0">
      <w:pPr>
        <w:spacing w:after="40"/>
        <w:rPr>
          <w:rFonts w:eastAsia="微軟正黑體" w:cs="Arial"/>
          <w:sz w:val="22"/>
          <w:szCs w:val="24"/>
          <w:lang w:val="fr-FR" w:eastAsia="zh-TW"/>
        </w:rPr>
      </w:pPr>
    </w:p>
    <w:tbl>
      <w:tblPr>
        <w:tblW w:w="5019" w:type="pct"/>
        <w:jc w:val="center"/>
        <w:tblLook w:val="04A0" w:firstRow="1" w:lastRow="0" w:firstColumn="1" w:lastColumn="0" w:noHBand="0" w:noVBand="1"/>
      </w:tblPr>
      <w:tblGrid>
        <w:gridCol w:w="3786"/>
        <w:gridCol w:w="6902"/>
      </w:tblGrid>
      <w:tr w:rsidR="009D5365" w:rsidRPr="00BF4302" w14:paraId="6E8A09CD" w14:textId="77777777" w:rsidTr="009D5365">
        <w:trPr>
          <w:trHeight w:val="340"/>
          <w:jc w:val="center"/>
        </w:trPr>
        <w:tc>
          <w:tcPr>
            <w:tcW w:w="5000" w:type="pct"/>
            <w:gridSpan w:val="2"/>
            <w:tcBorders>
              <w:top w:val="single" w:sz="4" w:space="0" w:color="AFC6D1"/>
              <w:left w:val="single" w:sz="4" w:space="0" w:color="AFC6D1"/>
              <w:bottom w:val="single" w:sz="4" w:space="0" w:color="AFC6D1"/>
              <w:right w:val="single" w:sz="4" w:space="0" w:color="AFC6D1"/>
            </w:tcBorders>
            <w:shd w:val="clear" w:color="auto" w:fill="365F91"/>
            <w:tcMar>
              <w:top w:w="60" w:type="dxa"/>
              <w:left w:w="80" w:type="dxa"/>
              <w:bottom w:w="60" w:type="dxa"/>
              <w:right w:w="80" w:type="dxa"/>
            </w:tcMar>
            <w:vAlign w:val="center"/>
          </w:tcPr>
          <w:p w14:paraId="72DEF5D6" w14:textId="25BE8946" w:rsidR="009D5365" w:rsidRPr="00796B45" w:rsidRDefault="00796B45" w:rsidP="009D5365">
            <w:pPr>
              <w:spacing w:after="0" w:line="240" w:lineRule="auto"/>
              <w:jc w:val="both"/>
              <w:rPr>
                <w:rFonts w:eastAsia="SimSun" w:cs="Arial"/>
                <w:b/>
                <w:color w:val="FFFFFF" w:themeColor="background1"/>
                <w:sz w:val="22"/>
                <w:szCs w:val="28"/>
                <w:lang w:val="fr-FR" w:eastAsia="zh-CN"/>
              </w:rPr>
            </w:pPr>
            <w:r>
              <w:rPr>
                <w:rFonts w:eastAsia="SimSun" w:cs="Arial" w:hint="eastAsia"/>
                <w:b/>
                <w:color w:val="FFFFFF" w:themeColor="background1"/>
                <w:sz w:val="22"/>
                <w:szCs w:val="28"/>
                <w:lang w:val="fr-FR" w:eastAsia="zh-TW"/>
              </w:rPr>
              <w:t xml:space="preserve">C. </w:t>
            </w:r>
            <w:r w:rsidRPr="00796B45">
              <w:rPr>
                <w:rFonts w:eastAsia="SimSun" w:cs="Arial"/>
                <w:b/>
                <w:color w:val="FFFFFF" w:themeColor="background1"/>
                <w:sz w:val="22"/>
                <w:szCs w:val="28"/>
                <w:lang w:val="fr-FR" w:eastAsia="zh-TW"/>
              </w:rPr>
              <w:t>Priorités technologiques et besoins de coopération</w:t>
            </w:r>
          </w:p>
        </w:tc>
      </w:tr>
      <w:tr w:rsidR="00FC3DA0" w:rsidRPr="00773F08" w14:paraId="75318B15" w14:textId="77777777" w:rsidTr="00BF4CDB">
        <w:trPr>
          <w:jc w:val="center"/>
        </w:trPr>
        <w:tc>
          <w:tcPr>
            <w:tcW w:w="1771"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5A495FD0" w14:textId="00CA8700" w:rsidR="00FC3DA0" w:rsidRPr="00796B45" w:rsidRDefault="00EA6022" w:rsidP="00B22FAB">
            <w:pPr>
              <w:spacing w:after="0" w:line="240" w:lineRule="auto"/>
              <w:jc w:val="both"/>
              <w:rPr>
                <w:rFonts w:eastAsia="SimSun" w:cs="Arial"/>
                <w:b/>
                <w:color w:val="212B36"/>
                <w:szCs w:val="24"/>
                <w:lang w:val="fr-FR" w:eastAsia="zh-CN"/>
              </w:rPr>
            </w:pPr>
            <w:r w:rsidRPr="00773F08">
              <w:rPr>
                <w:rFonts w:eastAsia="微軟正黑體" w:cs="Arial"/>
                <w:b/>
                <w:color w:val="212B36"/>
                <w:szCs w:val="24"/>
                <w:lang w:val="fr-FR" w:eastAsia="zh-TW"/>
              </w:rPr>
              <w:t xml:space="preserve">4. </w:t>
            </w:r>
            <w:r w:rsidR="00796B45" w:rsidRPr="00796B45">
              <w:rPr>
                <w:rFonts w:eastAsia="微軟正黑體" w:cs="Arial"/>
                <w:b/>
                <w:color w:val="212B36"/>
                <w:szCs w:val="24"/>
                <w:lang w:val="fr-FR" w:eastAsia="zh-TW"/>
              </w:rPr>
              <w:t>Domaines technologiques d’intérêt (plusieurs choix possibles)</w:t>
            </w:r>
          </w:p>
        </w:tc>
        <w:tc>
          <w:tcPr>
            <w:tcW w:w="3229"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312F0EAE" w14:textId="77777777" w:rsidR="00BF4CDB" w:rsidRPr="00BF4CDB" w:rsidRDefault="00BF4CDB" w:rsidP="00BF4CDB">
            <w:pPr>
              <w:spacing w:after="0" w:line="240" w:lineRule="auto"/>
              <w:jc w:val="both"/>
              <w:rPr>
                <w:rFonts w:ascii="微軟正黑體" w:eastAsia="微軟正黑體" w:hAnsi="微軟正黑體" w:cs="Times New Roman"/>
                <w:szCs w:val="24"/>
                <w:lang w:eastAsia="zh-TW"/>
              </w:rPr>
            </w:pPr>
            <w:r w:rsidRPr="00BF4CDB">
              <w:rPr>
                <w:rFonts w:ascii="微軟正黑體" w:eastAsia="微軟正黑體" w:hAnsi="微軟正黑體" w:cs="Times New Roman"/>
                <w:b/>
                <w:bCs/>
                <w:szCs w:val="24"/>
                <w:lang w:eastAsia="zh-TW"/>
              </w:rPr>
              <w:t>PQC</w:t>
            </w:r>
          </w:p>
          <w:p w14:paraId="76208023"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861857140"/>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Network Analysis</w:t>
            </w:r>
          </w:p>
          <w:p w14:paraId="790A27E7" w14:textId="77777777" w:rsidR="00BF4CDB" w:rsidRDefault="00FB1901" w:rsidP="00BF4CDB">
            <w:pPr>
              <w:tabs>
                <w:tab w:val="num" w:pos="720"/>
              </w:tabs>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346320275"/>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Cryptographic Inventory</w:t>
            </w:r>
          </w:p>
          <w:p w14:paraId="48E56E91" w14:textId="77777777" w:rsidR="00BF4CDB" w:rsidRPr="00BF4CDB" w:rsidRDefault="00FB1901" w:rsidP="00BF4CDB">
            <w:pPr>
              <w:tabs>
                <w:tab w:val="num" w:pos="720"/>
              </w:tabs>
              <w:spacing w:after="0" w:line="240" w:lineRule="auto"/>
              <w:ind w:leftChars="100" w:left="200"/>
              <w:jc w:val="both"/>
              <w:rPr>
                <w:rFonts w:ascii="微軟正黑體" w:eastAsia="SimSun" w:hAnsi="微軟正黑體" w:cs="Times New Roman"/>
                <w:szCs w:val="24"/>
                <w:lang w:val="fr-FR" w:eastAsia="zh-CN"/>
              </w:rPr>
            </w:pPr>
            <w:sdt>
              <w:sdtPr>
                <w:rPr>
                  <w:rFonts w:ascii="微軟正黑體" w:eastAsia="微軟正黑體" w:hAnsi="微軟正黑體" w:cs="Times New Roman"/>
                  <w:szCs w:val="24"/>
                  <w:lang w:val="fr-FR" w:eastAsia="zh-TW"/>
                </w:rPr>
                <w:id w:val="726882631"/>
                <w14:checkbox>
                  <w14:checked w14:val="0"/>
                  <w14:checkedState w14:val="0052" w14:font="Wingdings 2"/>
                  <w14:uncheckedState w14:val="2610" w14:font="MS Gothic"/>
                </w14:checkbox>
              </w:sdtPr>
              <w:sdtEndPr/>
              <w:sdtContent>
                <w:r w:rsidR="00BF4CDB" w:rsidRPr="00BF4CDB">
                  <w:rPr>
                    <w:rFonts w:ascii="MS Gothic" w:eastAsia="MS Gothic" w:hAnsi="MS Gothic" w:cs="Times New Roman" w:hint="eastAsia"/>
                    <w:szCs w:val="24"/>
                    <w:lang w:val="fr-FR" w:eastAsia="zh-TW"/>
                  </w:rPr>
                  <w:t>☐</w:t>
                </w:r>
              </w:sdtContent>
            </w:sdt>
            <w:r w:rsidR="00BF4CDB" w:rsidRPr="00BF4CDB">
              <w:rPr>
                <w:rFonts w:ascii="微軟正黑體" w:eastAsia="微軟正黑體" w:hAnsi="微軟正黑體" w:cs="Times New Roman"/>
                <w:szCs w:val="24"/>
                <w:lang w:val="fr-FR" w:eastAsia="zh-TW"/>
              </w:rPr>
              <w:t xml:space="preserve"> PQC Libraries</w:t>
            </w:r>
          </w:p>
          <w:p w14:paraId="6F17B836" w14:textId="77777777" w:rsidR="00BF4CDB" w:rsidRDefault="00FB1901" w:rsidP="00BF4CDB">
            <w:pPr>
              <w:tabs>
                <w:tab w:val="num" w:pos="720"/>
              </w:tabs>
              <w:spacing w:after="0" w:line="240" w:lineRule="auto"/>
              <w:ind w:leftChars="100" w:left="200"/>
              <w:jc w:val="both"/>
              <w:rPr>
                <w:rFonts w:ascii="微軟正黑體" w:eastAsia="SimSun" w:hAnsi="微軟正黑體" w:cs="Times New Roman"/>
                <w:szCs w:val="24"/>
                <w:lang w:val="fr-FR" w:eastAsia="zh-CN"/>
              </w:rPr>
            </w:pPr>
            <w:sdt>
              <w:sdtPr>
                <w:rPr>
                  <w:rFonts w:ascii="微軟正黑體" w:eastAsia="微軟正黑體" w:hAnsi="微軟正黑體" w:cs="Times New Roman"/>
                  <w:szCs w:val="24"/>
                  <w:lang w:val="fr-FR" w:eastAsia="zh-TW"/>
                </w:rPr>
                <w:id w:val="1235129444"/>
                <w14:checkbox>
                  <w14:checked w14:val="0"/>
                  <w14:checkedState w14:val="0052" w14:font="Wingdings 2"/>
                  <w14:uncheckedState w14:val="2610" w14:font="MS Gothic"/>
                </w14:checkbox>
              </w:sdtPr>
              <w:sdtEndPr/>
              <w:sdtContent>
                <w:r w:rsidR="00BF4CDB" w:rsidRPr="00BF4CDB">
                  <w:rPr>
                    <w:rFonts w:ascii="MS Gothic" w:eastAsia="MS Gothic" w:hAnsi="MS Gothic" w:cs="Times New Roman" w:hint="eastAsia"/>
                    <w:szCs w:val="24"/>
                    <w:lang w:val="fr-FR" w:eastAsia="zh-TW"/>
                  </w:rPr>
                  <w:t>☐</w:t>
                </w:r>
              </w:sdtContent>
            </w:sdt>
            <w:r w:rsidR="00BF4CDB" w:rsidRPr="00BF4CDB">
              <w:rPr>
                <w:rFonts w:ascii="微軟正黑體" w:eastAsia="微軟正黑體" w:hAnsi="微軟正黑體" w:cs="Times New Roman"/>
                <w:szCs w:val="24"/>
                <w:lang w:val="fr-FR" w:eastAsia="zh-TW"/>
              </w:rPr>
              <w:t xml:space="preserve"> PQC Solutions (VPN, HSM, PKI, etc.)</w:t>
            </w:r>
          </w:p>
          <w:p w14:paraId="47B34D51" w14:textId="77777777" w:rsidR="00BF4CDB" w:rsidRDefault="00FB1901" w:rsidP="00BF4CDB">
            <w:pPr>
              <w:tabs>
                <w:tab w:val="num" w:pos="720"/>
              </w:tabs>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33943437"/>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Migration Management</w:t>
            </w:r>
          </w:p>
          <w:p w14:paraId="4220F156" w14:textId="7B32F226" w:rsidR="00BF4CDB" w:rsidRPr="00BF4CDB" w:rsidRDefault="00FB1901" w:rsidP="00BF4CDB">
            <w:pPr>
              <w:tabs>
                <w:tab w:val="num" w:pos="720"/>
              </w:tabs>
              <w:spacing w:after="0" w:line="240" w:lineRule="auto"/>
              <w:ind w:leftChars="100" w:left="200"/>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991011824"/>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Edge Protection</w:t>
            </w:r>
            <w:r w:rsidR="004A3D5A">
              <w:rPr>
                <w:rFonts w:ascii="微軟正黑體" w:eastAsia="SimSun" w:hAnsi="微軟正黑體" w:cs="Times New Roman"/>
                <w:szCs w:val="24"/>
                <w:lang w:eastAsia="zh-CN"/>
              </w:rPr>
              <w:br/>
            </w:r>
          </w:p>
          <w:p w14:paraId="04D75879" w14:textId="77777777" w:rsidR="00BF4CDB" w:rsidRPr="00BF4CDB" w:rsidRDefault="00BF4CDB" w:rsidP="00BF4CDB">
            <w:pPr>
              <w:spacing w:after="0" w:line="240" w:lineRule="auto"/>
              <w:jc w:val="both"/>
              <w:rPr>
                <w:rFonts w:ascii="微軟正黑體" w:eastAsia="微軟正黑體" w:hAnsi="微軟正黑體" w:cs="Times New Roman"/>
                <w:szCs w:val="24"/>
                <w:lang w:eastAsia="zh-TW"/>
              </w:rPr>
            </w:pPr>
            <w:r w:rsidRPr="00BF4CDB">
              <w:rPr>
                <w:rFonts w:ascii="微軟正黑體" w:eastAsia="微軟正黑體" w:hAnsi="微軟正黑體" w:cs="Times New Roman"/>
                <w:b/>
                <w:bCs/>
                <w:szCs w:val="24"/>
                <w:lang w:eastAsia="zh-TW"/>
              </w:rPr>
              <w:t>Chip Security</w:t>
            </w:r>
          </w:p>
          <w:p w14:paraId="7CCEC5D6"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553764353"/>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Vulnerability Assessment</w:t>
            </w:r>
          </w:p>
          <w:p w14:paraId="072021D9"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314027726"/>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Certification Preparation</w:t>
            </w:r>
          </w:p>
          <w:p w14:paraId="45F9BC69"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310559699"/>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Certification (CC, SESIP, etc.)</w:t>
            </w:r>
          </w:p>
          <w:p w14:paraId="1A4B9DCA"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830180422"/>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Secure Development</w:t>
            </w:r>
          </w:p>
          <w:p w14:paraId="6F0B247B" w14:textId="6C80A24C" w:rsidR="00BF4CDB" w:rsidRPr="00BF4CDB" w:rsidRDefault="00FB1901" w:rsidP="004A3D5A">
            <w:pPr>
              <w:spacing w:after="0" w:line="240" w:lineRule="auto"/>
              <w:ind w:leftChars="100" w:left="200"/>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008603148"/>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Consulting</w:t>
            </w:r>
            <w:r w:rsidR="004A3D5A">
              <w:rPr>
                <w:rFonts w:ascii="微軟正黑體" w:eastAsia="SimSun" w:hAnsi="微軟正黑體" w:cs="Times New Roman"/>
                <w:szCs w:val="24"/>
                <w:lang w:eastAsia="zh-CN"/>
              </w:rPr>
              <w:br/>
            </w:r>
          </w:p>
          <w:p w14:paraId="1983721B" w14:textId="77777777" w:rsidR="00BF4CDB" w:rsidRPr="00BF4CDB" w:rsidRDefault="00BF4CDB" w:rsidP="00BF4CDB">
            <w:pPr>
              <w:spacing w:after="0" w:line="240" w:lineRule="auto"/>
              <w:jc w:val="both"/>
              <w:rPr>
                <w:rFonts w:ascii="微軟正黑體" w:eastAsia="微軟正黑體" w:hAnsi="微軟正黑體" w:cs="Times New Roman"/>
                <w:szCs w:val="24"/>
                <w:lang w:eastAsia="zh-TW"/>
              </w:rPr>
            </w:pPr>
            <w:r w:rsidRPr="00BF4CDB">
              <w:rPr>
                <w:rFonts w:ascii="微軟正黑體" w:eastAsia="微軟正黑體" w:hAnsi="微軟正黑體" w:cs="Times New Roman"/>
                <w:b/>
                <w:bCs/>
                <w:szCs w:val="24"/>
                <w:lang w:eastAsia="zh-TW"/>
              </w:rPr>
              <w:t>AI Security</w:t>
            </w:r>
          </w:p>
          <w:p w14:paraId="31ABD7C6"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571164710"/>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LLM Security</w:t>
            </w:r>
          </w:p>
          <w:p w14:paraId="3EDB773E" w14:textId="77777777" w:rsidR="00BF4CDB" w:rsidRDefault="00FB1901" w:rsidP="00BF4CDB">
            <w:pPr>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359093688"/>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Embedded Device Security</w:t>
            </w:r>
          </w:p>
          <w:p w14:paraId="07AF4C89" w14:textId="77777777" w:rsidR="00BF4CDB" w:rsidRDefault="00FB1901" w:rsidP="00BF4CDB">
            <w:pPr>
              <w:tabs>
                <w:tab w:val="num" w:pos="720"/>
              </w:tabs>
              <w:spacing w:after="0" w:line="240" w:lineRule="auto"/>
              <w:ind w:leftChars="100" w:left="200"/>
              <w:jc w:val="both"/>
              <w:rPr>
                <w:rFonts w:ascii="微軟正黑體" w:eastAsia="SimSun" w:hAnsi="微軟正黑體" w:cs="Times New Roman"/>
                <w:szCs w:val="24"/>
                <w:lang w:eastAsia="zh-CN"/>
              </w:rPr>
            </w:pPr>
            <w:sdt>
              <w:sdtPr>
                <w:rPr>
                  <w:rFonts w:ascii="微軟正黑體" w:eastAsia="微軟正黑體" w:hAnsi="微軟正黑體" w:cs="Times New Roman"/>
                  <w:szCs w:val="24"/>
                  <w:lang w:eastAsia="zh-TW"/>
                </w:rPr>
                <w:id w:val="150261349"/>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AI Model Encryption</w:t>
            </w:r>
          </w:p>
          <w:p w14:paraId="2ACB5C92" w14:textId="59A29EA6" w:rsidR="00BF4CDB" w:rsidRPr="00BF4CDB" w:rsidRDefault="00FB1901" w:rsidP="00BF4CDB">
            <w:pPr>
              <w:tabs>
                <w:tab w:val="num" w:pos="720"/>
              </w:tabs>
              <w:spacing w:after="0" w:line="240" w:lineRule="auto"/>
              <w:ind w:leftChars="100" w:left="200"/>
              <w:jc w:val="both"/>
              <w:rPr>
                <w:rFonts w:ascii="微軟正黑體" w:eastAsia="微軟正黑體" w:hAnsi="微軟正黑體" w:cs="Times New Roman"/>
                <w:szCs w:val="24"/>
                <w:lang w:eastAsia="zh-TW"/>
              </w:rPr>
            </w:pPr>
            <w:sdt>
              <w:sdtPr>
                <w:rPr>
                  <w:rFonts w:ascii="微軟正黑體" w:eastAsia="微軟正黑體" w:hAnsi="微軟正黑體" w:cs="Times New Roman"/>
                  <w:szCs w:val="24"/>
                  <w:lang w:eastAsia="zh-TW"/>
                </w:rPr>
                <w:id w:val="-701622187"/>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BF4CDB" w:rsidRPr="00BF4CDB">
              <w:rPr>
                <w:rFonts w:ascii="微軟正黑體" w:eastAsia="微軟正黑體" w:hAnsi="微軟正黑體" w:cs="Times New Roman"/>
                <w:szCs w:val="24"/>
                <w:lang w:eastAsia="zh-TW"/>
              </w:rPr>
              <w:t xml:space="preserve"> AI Safety</w:t>
            </w:r>
          </w:p>
          <w:p w14:paraId="4BED99C9" w14:textId="51D2473F" w:rsidR="00FC3DA0" w:rsidRPr="00BF4302" w:rsidRDefault="00FB1901" w:rsidP="00CF4BF6">
            <w:pPr>
              <w:spacing w:after="0" w:line="240" w:lineRule="auto"/>
              <w:rPr>
                <w:rFonts w:eastAsia="SimSun" w:cs="Arial"/>
                <w:color w:val="212B36"/>
                <w:szCs w:val="24"/>
                <w:lang w:eastAsia="zh-CN"/>
              </w:rPr>
            </w:pPr>
            <w:sdt>
              <w:sdtPr>
                <w:rPr>
                  <w:rFonts w:ascii="微軟正黑體" w:eastAsia="微軟正黑體" w:hAnsi="微軟正黑體" w:cs="Times New Roman"/>
                  <w:szCs w:val="24"/>
                  <w:lang w:eastAsia="zh-TW"/>
                </w:rPr>
                <w:id w:val="1995371552"/>
                <w14:checkbox>
                  <w14:checked w14:val="0"/>
                  <w14:checkedState w14:val="0052" w14:font="Wingdings 2"/>
                  <w14:uncheckedState w14:val="2610" w14:font="MS Gothic"/>
                </w14:checkbox>
              </w:sdtPr>
              <w:sdtEndPr/>
              <w:sdtContent>
                <w:r w:rsidR="00BF4CDB">
                  <w:rPr>
                    <w:rFonts w:ascii="MS Gothic" w:eastAsia="MS Gothic" w:hAnsi="MS Gothic" w:cs="Times New Roman" w:hint="eastAsia"/>
                    <w:szCs w:val="24"/>
                    <w:lang w:eastAsia="zh-TW"/>
                  </w:rPr>
                  <w:t>☐</w:t>
                </w:r>
              </w:sdtContent>
            </w:sdt>
            <w:r w:rsidR="00C23456" w:rsidRPr="006C5812">
              <w:rPr>
                <w:rFonts w:ascii="微軟正黑體" w:eastAsia="微軟正黑體" w:hAnsi="微軟正黑體" w:cs="Times New Roman"/>
                <w:szCs w:val="24"/>
                <w:lang w:eastAsia="zh-TW"/>
              </w:rPr>
              <w:t xml:space="preserve"> </w:t>
            </w:r>
            <w:r w:rsidR="00796B45" w:rsidRPr="006C5812">
              <w:rPr>
                <w:rFonts w:eastAsia="SimSun" w:cs="Arial" w:hint="eastAsia"/>
                <w:color w:val="212B36"/>
                <w:szCs w:val="24"/>
                <w:lang w:eastAsia="zh-CN"/>
              </w:rPr>
              <w:t>Autre</w:t>
            </w:r>
            <w:r w:rsidR="00C23456" w:rsidRPr="006C5812">
              <w:rPr>
                <w:rFonts w:eastAsia="微軟正黑體" w:cs="Arial"/>
                <w:color w:val="212B36"/>
                <w:szCs w:val="24"/>
                <w:lang w:eastAsia="zh-TW"/>
              </w:rPr>
              <w:t>：</w:t>
            </w:r>
            <w:r w:rsidR="00C23456" w:rsidRPr="006C5812">
              <w:rPr>
                <w:rFonts w:eastAsia="微軟正黑體" w:cs="Arial"/>
                <w:color w:val="212B36"/>
                <w:szCs w:val="24"/>
                <w:lang w:eastAsia="zh-TW"/>
              </w:rPr>
              <w:t>____________</w:t>
            </w:r>
          </w:p>
        </w:tc>
      </w:tr>
      <w:tr w:rsidR="00FC3DA0" w:rsidRPr="00BF4302" w14:paraId="19482945" w14:textId="77777777" w:rsidTr="00BF4CDB">
        <w:trPr>
          <w:jc w:val="center"/>
        </w:trPr>
        <w:tc>
          <w:tcPr>
            <w:tcW w:w="1771"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08B1A762" w14:textId="487E40E5" w:rsidR="00FC3DA0" w:rsidRPr="00736D25" w:rsidRDefault="00EA6022" w:rsidP="001753A7">
            <w:pPr>
              <w:spacing w:after="0" w:line="240" w:lineRule="auto"/>
              <w:ind w:leftChars="100" w:left="200"/>
              <w:rPr>
                <w:rFonts w:eastAsia="SimSun" w:cs="Arial"/>
                <w:b/>
                <w:color w:val="212B36"/>
                <w:szCs w:val="24"/>
                <w:lang w:val="fr-FR" w:eastAsia="zh-CN"/>
              </w:rPr>
            </w:pPr>
            <w:r w:rsidRPr="00773F08">
              <w:rPr>
                <w:rFonts w:eastAsia="微軟正黑體" w:cs="Arial"/>
                <w:b/>
                <w:color w:val="212B36"/>
                <w:szCs w:val="24"/>
                <w:lang w:val="fr-FR" w:eastAsia="zh-TW"/>
              </w:rPr>
              <w:lastRenderedPageBreak/>
              <w:t xml:space="preserve">5. </w:t>
            </w:r>
            <w:r w:rsidR="00736D25" w:rsidRPr="00736D25">
              <w:rPr>
                <w:rFonts w:eastAsia="微軟正黑體" w:cs="Arial"/>
                <w:b/>
                <w:color w:val="212B36"/>
                <w:szCs w:val="24"/>
                <w:lang w:val="fr-FR" w:eastAsia="zh-TW"/>
              </w:rPr>
              <w:t>Besoins de coopération (plusieurs choix possibles)</w:t>
            </w:r>
          </w:p>
        </w:tc>
        <w:tc>
          <w:tcPr>
            <w:tcW w:w="3229"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226F0CBB" w14:textId="43E8A200" w:rsidR="00FC3DA0" w:rsidRPr="00773F08" w:rsidRDefault="00736D25" w:rsidP="00736D25">
            <w:pPr>
              <w:spacing w:after="0" w:line="240" w:lineRule="auto"/>
              <w:rPr>
                <w:rFonts w:eastAsia="微軟正黑體" w:cs="Arial"/>
                <w:color w:val="212B36"/>
                <w:szCs w:val="24"/>
                <w:lang w:val="fr-FR" w:eastAsia="zh-TW"/>
              </w:rPr>
            </w:pP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R</w:t>
            </w:r>
            <w:r>
              <w:rPr>
                <w:rFonts w:eastAsia="SimSun" w:cs="Arial" w:hint="eastAsia"/>
                <w:color w:val="212B36"/>
                <w:szCs w:val="24"/>
                <w:lang w:val="fr-FR" w:eastAsia="zh-CN"/>
              </w:rPr>
              <w:t>&amp;D</w:t>
            </w:r>
            <w:r w:rsidRPr="00736D25">
              <w:rPr>
                <w:rFonts w:eastAsia="SimSun" w:cs="Arial"/>
                <w:color w:val="212B36"/>
                <w:szCs w:val="24"/>
                <w:lang w:val="fr-FR" w:eastAsia="zh-CN"/>
              </w:rPr>
              <w:br/>
            </w: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Intégration de technologies ou de produits</w:t>
            </w:r>
            <w:r w:rsidRPr="00736D25">
              <w:rPr>
                <w:rFonts w:eastAsia="SimSun" w:cs="Arial"/>
                <w:color w:val="212B36"/>
                <w:szCs w:val="24"/>
                <w:lang w:val="fr-FR" w:eastAsia="zh-CN"/>
              </w:rPr>
              <w:br/>
            </w: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Preuve de concept (PoC) et validation d’applications</w:t>
            </w:r>
            <w:r w:rsidRPr="00736D25">
              <w:rPr>
                <w:rFonts w:eastAsia="SimSun" w:cs="Arial"/>
                <w:color w:val="212B36"/>
                <w:szCs w:val="24"/>
                <w:lang w:val="fr-FR" w:eastAsia="zh-CN"/>
              </w:rPr>
              <w:br/>
            </w: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Coopération commerciale et développement de marchés</w:t>
            </w:r>
            <w:r w:rsidRPr="00736D25">
              <w:rPr>
                <w:rFonts w:eastAsia="SimSun" w:cs="Arial"/>
                <w:color w:val="212B36"/>
                <w:szCs w:val="24"/>
                <w:lang w:val="fr-FR" w:eastAsia="zh-CN"/>
              </w:rPr>
              <w:br/>
            </w: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Coopération en matière d’achats et de chaîne d’approvisionnement</w:t>
            </w:r>
            <w:r w:rsidRPr="00736D25">
              <w:rPr>
                <w:rFonts w:eastAsia="SimSun" w:cs="Arial"/>
                <w:color w:val="212B36"/>
                <w:szCs w:val="24"/>
                <w:lang w:val="fr-FR" w:eastAsia="zh-CN"/>
              </w:rPr>
              <w:br/>
            </w:r>
            <w:r w:rsidRPr="00736D25">
              <w:rPr>
                <w:rFonts w:ascii="Segoe UI Symbol" w:eastAsia="SimSun" w:hAnsi="Segoe UI Symbol" w:cs="Segoe UI Symbol"/>
                <w:color w:val="212B36"/>
                <w:szCs w:val="24"/>
                <w:lang w:val="fr-FR" w:eastAsia="zh-CN"/>
              </w:rPr>
              <w:t>☐</w:t>
            </w:r>
            <w:r w:rsidRPr="00736D25">
              <w:rPr>
                <w:rFonts w:eastAsia="SimSun" w:cs="Arial"/>
                <w:color w:val="212B36"/>
                <w:szCs w:val="24"/>
                <w:lang w:val="fr-FR" w:eastAsia="zh-CN"/>
              </w:rPr>
              <w:t xml:space="preserve"> Autre</w:t>
            </w:r>
            <w:r w:rsidR="00C50063" w:rsidRPr="00736D25">
              <w:rPr>
                <w:rFonts w:eastAsia="SimSun" w:cs="Arial"/>
                <w:color w:val="212B36"/>
                <w:szCs w:val="24"/>
                <w:lang w:val="fr-FR" w:eastAsia="zh-CN"/>
              </w:rPr>
              <w:t xml:space="preserve"> :</w:t>
            </w:r>
            <w:r w:rsidR="00C50063" w:rsidRPr="00773F08">
              <w:rPr>
                <w:rFonts w:eastAsia="微軟正黑體" w:cs="Arial"/>
                <w:color w:val="212B36"/>
                <w:szCs w:val="24"/>
                <w:lang w:val="fr-FR" w:eastAsia="zh-TW"/>
              </w:rPr>
              <w:t xml:space="preserve"> _</w:t>
            </w:r>
            <w:r w:rsidR="00C23456" w:rsidRPr="00773F08">
              <w:rPr>
                <w:rFonts w:eastAsia="微軟正黑體" w:cs="Arial"/>
                <w:color w:val="212B36"/>
                <w:szCs w:val="24"/>
                <w:lang w:val="fr-FR" w:eastAsia="zh-TW"/>
              </w:rPr>
              <w:t>___________</w:t>
            </w:r>
          </w:p>
        </w:tc>
      </w:tr>
      <w:tr w:rsidR="00FC3DA0" w:rsidRPr="00BF4302" w14:paraId="20D9B463" w14:textId="77777777" w:rsidTr="00BF4CDB">
        <w:trPr>
          <w:jc w:val="center"/>
        </w:trPr>
        <w:tc>
          <w:tcPr>
            <w:tcW w:w="1771"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0063EC8D" w14:textId="042A7FA7" w:rsidR="00FC3DA0" w:rsidRPr="00A6246B" w:rsidRDefault="00EA6022" w:rsidP="00A6246B">
            <w:pPr>
              <w:spacing w:line="240" w:lineRule="auto"/>
              <w:jc w:val="both"/>
              <w:rPr>
                <w:rFonts w:eastAsia="SimSun" w:cs="Arial"/>
                <w:b/>
                <w:bCs/>
                <w:color w:val="212B36"/>
                <w:szCs w:val="24"/>
                <w:lang w:val="fr-FR" w:eastAsia="zh-CN"/>
              </w:rPr>
            </w:pPr>
            <w:r w:rsidRPr="00773F08">
              <w:rPr>
                <w:rFonts w:eastAsia="微軟正黑體" w:cs="Arial"/>
                <w:b/>
                <w:color w:val="212B36"/>
                <w:szCs w:val="24"/>
                <w:lang w:val="fr-FR" w:eastAsia="zh-TW"/>
              </w:rPr>
              <w:t>6.</w:t>
            </w:r>
            <w:r w:rsidR="00A6246B" w:rsidRPr="00A6246B">
              <w:rPr>
                <w:rFonts w:eastAsia="微軟正黑體" w:cs="Arial"/>
                <w:b/>
                <w:bCs/>
                <w:color w:val="212B36"/>
                <w:szCs w:val="24"/>
                <w:lang w:val="fr-FR" w:eastAsia="zh-TW"/>
              </w:rPr>
              <w:t xml:space="preserve">Technologies, produits </w:t>
            </w:r>
            <w:r w:rsidR="00A6246B">
              <w:rPr>
                <w:rFonts w:eastAsia="SimSun" w:cs="Arial" w:hint="eastAsia"/>
                <w:b/>
                <w:bCs/>
                <w:color w:val="212B36"/>
                <w:szCs w:val="24"/>
                <w:lang w:val="fr-FR" w:eastAsia="zh-CN"/>
              </w:rPr>
              <w:t>taiwanais</w:t>
            </w:r>
            <w:r w:rsidR="00A6246B" w:rsidRPr="00A6246B">
              <w:rPr>
                <w:rFonts w:eastAsia="微軟正黑體" w:cs="Arial"/>
                <w:b/>
                <w:bCs/>
                <w:color w:val="212B36"/>
                <w:szCs w:val="24"/>
                <w:lang w:val="fr-FR" w:eastAsia="zh-TW"/>
              </w:rPr>
              <w:t xml:space="preserve"> ou besoins spécifiques de coopération que vous souhaiteriez trouver via cette mise en relation</w:t>
            </w:r>
          </w:p>
        </w:tc>
        <w:tc>
          <w:tcPr>
            <w:tcW w:w="3229"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14767E58" w14:textId="297B98A9" w:rsidR="00FC3DA0" w:rsidRPr="00773F08" w:rsidRDefault="00FC3DA0" w:rsidP="00CF4BF6">
            <w:pPr>
              <w:spacing w:after="0" w:line="240" w:lineRule="auto"/>
              <w:rPr>
                <w:rFonts w:eastAsia="微軟正黑體" w:cs="Arial"/>
                <w:color w:val="212B36"/>
                <w:szCs w:val="24"/>
                <w:lang w:val="fr-FR" w:eastAsia="zh-TW"/>
              </w:rPr>
            </w:pPr>
          </w:p>
        </w:tc>
      </w:tr>
      <w:tr w:rsidR="00FC3DA0" w:rsidRPr="00BF4302" w14:paraId="0288E0F0" w14:textId="77777777" w:rsidTr="00BF4CDB">
        <w:trPr>
          <w:jc w:val="center"/>
        </w:trPr>
        <w:tc>
          <w:tcPr>
            <w:tcW w:w="1771"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5AEA0792" w14:textId="342783D4" w:rsidR="00FC3DA0" w:rsidRPr="00DA0C04" w:rsidRDefault="00EA6022" w:rsidP="00A6246B">
            <w:pPr>
              <w:spacing w:line="240" w:lineRule="auto"/>
              <w:jc w:val="both"/>
              <w:rPr>
                <w:rFonts w:eastAsia="SimSun" w:cs="Arial"/>
                <w:b/>
                <w:bCs/>
                <w:color w:val="212B36"/>
                <w:szCs w:val="24"/>
                <w:lang w:val="fr-FR" w:eastAsia="zh-CN"/>
              </w:rPr>
            </w:pPr>
            <w:r w:rsidRPr="00773F08">
              <w:rPr>
                <w:rFonts w:eastAsia="微軟正黑體" w:cs="Arial"/>
                <w:b/>
                <w:color w:val="212B36"/>
                <w:szCs w:val="24"/>
                <w:lang w:val="fr-FR" w:eastAsia="zh-TW"/>
              </w:rPr>
              <w:t xml:space="preserve">7. </w:t>
            </w:r>
            <w:r w:rsidR="00A6246B" w:rsidRPr="00A6246B">
              <w:rPr>
                <w:rFonts w:eastAsia="微軟正黑體" w:cs="Arial"/>
                <w:b/>
                <w:bCs/>
                <w:color w:val="212B36"/>
                <w:szCs w:val="24"/>
                <w:lang w:val="fr-FR" w:eastAsia="zh-TW"/>
              </w:rPr>
              <w:t>Technologies, produits ou autres ressources de coopération que votre entreprise peut proposer</w:t>
            </w:r>
            <w:r w:rsidR="00DA0C04">
              <w:rPr>
                <w:rFonts w:eastAsia="SimSun" w:cs="Arial" w:hint="eastAsia"/>
                <w:b/>
                <w:bCs/>
                <w:color w:val="212B36"/>
                <w:szCs w:val="24"/>
                <w:lang w:val="fr-FR" w:eastAsia="zh-CN"/>
              </w:rPr>
              <w:t>.</w:t>
            </w:r>
            <w:r w:rsidR="00E36D7A">
              <w:rPr>
                <w:rFonts w:eastAsia="SimSun" w:cs="Arial" w:hint="eastAsia"/>
                <w:b/>
                <w:bCs/>
                <w:color w:val="212B36"/>
                <w:szCs w:val="24"/>
                <w:lang w:val="fr-FR" w:eastAsia="zh-CN"/>
              </w:rPr>
              <w:t xml:space="preserve"> Si vous avez des cas d</w:t>
            </w:r>
            <w:r w:rsidR="00E36D7A">
              <w:rPr>
                <w:rFonts w:eastAsia="SimSun" w:cs="Arial"/>
                <w:b/>
                <w:bCs/>
                <w:color w:val="212B36"/>
                <w:szCs w:val="24"/>
                <w:lang w:val="fr-FR" w:eastAsia="zh-CN"/>
              </w:rPr>
              <w:t>’</w:t>
            </w:r>
            <w:r w:rsidR="00E36D7A">
              <w:rPr>
                <w:rFonts w:eastAsia="SimSun" w:cs="Arial" w:hint="eastAsia"/>
                <w:b/>
                <w:bCs/>
                <w:color w:val="212B36"/>
                <w:szCs w:val="24"/>
                <w:lang w:val="fr-FR" w:eastAsia="zh-CN"/>
              </w:rPr>
              <w:t>usage, n</w:t>
            </w:r>
            <w:r w:rsidR="00E36D7A">
              <w:rPr>
                <w:rFonts w:eastAsia="SimSun" w:cs="Arial"/>
                <w:b/>
                <w:bCs/>
                <w:color w:val="212B36"/>
                <w:szCs w:val="24"/>
                <w:lang w:val="fr-FR" w:eastAsia="zh-CN"/>
              </w:rPr>
              <w:t>’hésitez</w:t>
            </w:r>
            <w:r w:rsidR="00E36D7A">
              <w:rPr>
                <w:rFonts w:eastAsia="SimSun" w:cs="Arial" w:hint="eastAsia"/>
                <w:b/>
                <w:bCs/>
                <w:color w:val="212B36"/>
                <w:szCs w:val="24"/>
                <w:lang w:val="fr-FR" w:eastAsia="zh-CN"/>
              </w:rPr>
              <w:t xml:space="preserve"> pas a les partager.</w:t>
            </w:r>
          </w:p>
        </w:tc>
        <w:tc>
          <w:tcPr>
            <w:tcW w:w="3229"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5F3154A3" w14:textId="59894AF3" w:rsidR="00FC3DA0" w:rsidRPr="00B23364" w:rsidRDefault="00FC3DA0" w:rsidP="00CF4BF6">
            <w:pPr>
              <w:spacing w:after="0" w:line="240" w:lineRule="auto"/>
              <w:rPr>
                <w:rFonts w:eastAsia="微軟正黑體" w:cs="Arial"/>
                <w:color w:val="212B36"/>
                <w:szCs w:val="24"/>
                <w:lang w:val="fr-FR" w:eastAsia="zh-TW"/>
              </w:rPr>
            </w:pPr>
          </w:p>
        </w:tc>
      </w:tr>
      <w:tr w:rsidR="00B23364" w:rsidRPr="00BF4302" w14:paraId="1AF59553" w14:textId="77777777" w:rsidTr="00BF4CDB">
        <w:trPr>
          <w:jc w:val="center"/>
        </w:trPr>
        <w:tc>
          <w:tcPr>
            <w:tcW w:w="1771"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3BBFF604" w14:textId="64AFAE4B" w:rsidR="00B23364" w:rsidRPr="00B23364" w:rsidRDefault="00B23364" w:rsidP="001753A7">
            <w:pPr>
              <w:spacing w:line="240" w:lineRule="auto"/>
              <w:rPr>
                <w:rFonts w:eastAsia="SimSun" w:cs="Arial"/>
                <w:b/>
                <w:color w:val="212B36"/>
                <w:szCs w:val="24"/>
                <w:lang w:val="fr-FR" w:eastAsia="zh-CN"/>
              </w:rPr>
            </w:pPr>
            <w:r>
              <w:rPr>
                <w:rFonts w:eastAsia="SimSun" w:cs="Arial" w:hint="eastAsia"/>
                <w:b/>
                <w:color w:val="212B36"/>
                <w:szCs w:val="24"/>
                <w:lang w:val="fr-FR" w:eastAsia="zh-CN"/>
              </w:rPr>
              <w:t xml:space="preserve">8. Avez-vous </w:t>
            </w:r>
            <w:r>
              <w:rPr>
                <w:rFonts w:eastAsia="SimSun" w:cs="Arial"/>
                <w:b/>
                <w:color w:val="212B36"/>
                <w:szCs w:val="24"/>
                <w:lang w:val="fr-FR" w:eastAsia="zh-CN"/>
              </w:rPr>
              <w:t>déjà</w:t>
            </w:r>
            <w:r>
              <w:rPr>
                <w:rFonts w:eastAsia="SimSun" w:cs="Arial" w:hint="eastAsia"/>
                <w:b/>
                <w:color w:val="212B36"/>
                <w:szCs w:val="24"/>
                <w:lang w:val="fr-FR" w:eastAsia="zh-CN"/>
              </w:rPr>
              <w:t xml:space="preserve"> </w:t>
            </w:r>
            <w:r>
              <w:rPr>
                <w:rFonts w:eastAsia="SimSun" w:cs="Arial"/>
                <w:b/>
                <w:color w:val="212B36"/>
                <w:szCs w:val="24"/>
                <w:lang w:val="fr-FR" w:eastAsia="zh-CN"/>
              </w:rPr>
              <w:t>repéré</w:t>
            </w:r>
            <w:r>
              <w:rPr>
                <w:rFonts w:eastAsia="SimSun" w:cs="Arial" w:hint="eastAsia"/>
                <w:b/>
                <w:color w:val="212B36"/>
                <w:szCs w:val="24"/>
                <w:lang w:val="fr-FR" w:eastAsia="zh-CN"/>
              </w:rPr>
              <w:t xml:space="preserve"> une entreprise taiwanaise que vous souhaiteriez rencontrer lors de ce forum</w:t>
            </w:r>
            <w:r>
              <w:rPr>
                <w:rFonts w:eastAsia="SimSun" w:cs="Arial"/>
                <w:b/>
                <w:color w:val="212B36"/>
                <w:szCs w:val="24"/>
                <w:lang w:val="fr-FR" w:eastAsia="zh-CN"/>
              </w:rPr>
              <w:t> </w:t>
            </w:r>
            <w:r>
              <w:rPr>
                <w:rFonts w:eastAsia="SimSun" w:cs="Arial" w:hint="eastAsia"/>
                <w:b/>
                <w:color w:val="212B36"/>
                <w:szCs w:val="24"/>
                <w:lang w:val="fr-FR" w:eastAsia="zh-CN"/>
              </w:rPr>
              <w:t>?</w:t>
            </w:r>
          </w:p>
        </w:tc>
        <w:tc>
          <w:tcPr>
            <w:tcW w:w="3229"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4E4DD51D" w14:textId="77777777" w:rsidR="00B23364" w:rsidRPr="00B23364" w:rsidRDefault="00B23364" w:rsidP="00CF4BF6">
            <w:pPr>
              <w:spacing w:after="0" w:line="240" w:lineRule="auto"/>
              <w:rPr>
                <w:rFonts w:eastAsia="微軟正黑體" w:cs="Arial"/>
                <w:color w:val="212B36"/>
                <w:szCs w:val="24"/>
                <w:lang w:val="fr-FR" w:eastAsia="zh-TW"/>
              </w:rPr>
            </w:pPr>
          </w:p>
        </w:tc>
      </w:tr>
    </w:tbl>
    <w:p w14:paraId="582A03FE" w14:textId="77777777" w:rsidR="00FC3DA0" w:rsidRPr="00773F08" w:rsidRDefault="00FC3DA0">
      <w:pPr>
        <w:spacing w:after="40"/>
        <w:rPr>
          <w:rFonts w:eastAsia="微軟正黑體" w:cs="Arial"/>
          <w:sz w:val="22"/>
          <w:szCs w:val="24"/>
          <w:lang w:val="fr-FR" w:eastAsia="zh-TW"/>
        </w:rPr>
      </w:pPr>
    </w:p>
    <w:tbl>
      <w:tblPr>
        <w:tblW w:w="5019" w:type="pct"/>
        <w:jc w:val="center"/>
        <w:tblLook w:val="04A0" w:firstRow="1" w:lastRow="0" w:firstColumn="1" w:lastColumn="0" w:noHBand="0" w:noVBand="1"/>
      </w:tblPr>
      <w:tblGrid>
        <w:gridCol w:w="5306"/>
        <w:gridCol w:w="5382"/>
      </w:tblGrid>
      <w:tr w:rsidR="009D5365" w:rsidRPr="00773F08" w14:paraId="6B4B18FE" w14:textId="77777777" w:rsidTr="009D5365">
        <w:trPr>
          <w:trHeight w:val="340"/>
          <w:jc w:val="center"/>
        </w:trPr>
        <w:tc>
          <w:tcPr>
            <w:tcW w:w="5000" w:type="pct"/>
            <w:gridSpan w:val="2"/>
            <w:tcBorders>
              <w:top w:val="single" w:sz="4" w:space="0" w:color="AFC6D1"/>
              <w:left w:val="single" w:sz="4" w:space="0" w:color="AFC6D1"/>
              <w:bottom w:val="single" w:sz="4" w:space="0" w:color="AFC6D1"/>
              <w:right w:val="single" w:sz="4" w:space="0" w:color="AFC6D1"/>
            </w:tcBorders>
            <w:shd w:val="clear" w:color="auto" w:fill="365F91"/>
            <w:tcMar>
              <w:top w:w="60" w:type="dxa"/>
              <w:left w:w="80" w:type="dxa"/>
              <w:bottom w:w="60" w:type="dxa"/>
              <w:right w:w="80" w:type="dxa"/>
            </w:tcMar>
            <w:vAlign w:val="center"/>
          </w:tcPr>
          <w:p w14:paraId="42E1CB90" w14:textId="02638EA2" w:rsidR="009D5365" w:rsidRPr="00A6246B" w:rsidRDefault="00A6246B" w:rsidP="009D5365">
            <w:pPr>
              <w:spacing w:after="0" w:line="240" w:lineRule="auto"/>
              <w:jc w:val="both"/>
              <w:rPr>
                <w:rFonts w:eastAsia="SimSun" w:cs="Arial"/>
                <w:b/>
                <w:color w:val="FFFFFF"/>
                <w:sz w:val="22"/>
                <w:lang w:val="fr-FR" w:eastAsia="zh-CN"/>
              </w:rPr>
            </w:pPr>
            <w:r>
              <w:rPr>
                <w:rFonts w:eastAsia="SimSun" w:cs="Arial" w:hint="eastAsia"/>
                <w:b/>
                <w:color w:val="FFFFFF"/>
                <w:sz w:val="22"/>
                <w:lang w:val="fr-FR" w:eastAsia="zh-CN"/>
              </w:rPr>
              <w:t xml:space="preserve">D. Informations </w:t>
            </w:r>
            <w:r>
              <w:rPr>
                <w:rFonts w:eastAsia="SimSun" w:cs="Arial"/>
                <w:b/>
                <w:color w:val="FFFFFF"/>
                <w:sz w:val="22"/>
                <w:lang w:val="fr-FR" w:eastAsia="zh-CN"/>
              </w:rPr>
              <w:t>complémentaires</w:t>
            </w:r>
            <w:r>
              <w:rPr>
                <w:rFonts w:eastAsia="SimSun" w:cs="Arial" w:hint="eastAsia"/>
                <w:b/>
                <w:color w:val="FFFFFF"/>
                <w:sz w:val="22"/>
                <w:lang w:val="fr-FR" w:eastAsia="zh-CN"/>
              </w:rPr>
              <w:t xml:space="preserve"> </w:t>
            </w:r>
          </w:p>
        </w:tc>
      </w:tr>
      <w:tr w:rsidR="00FC3DA0" w:rsidRPr="00BF4302" w14:paraId="0E9F97F8" w14:textId="77777777" w:rsidTr="00D715F3">
        <w:trPr>
          <w:jc w:val="center"/>
        </w:trPr>
        <w:tc>
          <w:tcPr>
            <w:tcW w:w="2482"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075CD72D" w14:textId="64FDD617" w:rsidR="00FC3DA0" w:rsidRPr="00B23364" w:rsidRDefault="00B23364" w:rsidP="00B22FAB">
            <w:pPr>
              <w:spacing w:after="0" w:line="240" w:lineRule="auto"/>
              <w:jc w:val="both"/>
              <w:rPr>
                <w:rFonts w:eastAsia="SimSun" w:cs="Arial"/>
                <w:b/>
                <w:color w:val="212B36"/>
                <w:szCs w:val="24"/>
                <w:lang w:val="fr-FR" w:eastAsia="zh-CN"/>
              </w:rPr>
            </w:pPr>
            <w:r>
              <w:rPr>
                <w:rFonts w:eastAsia="SimSun" w:cs="Arial" w:hint="eastAsia"/>
                <w:b/>
                <w:color w:val="212B36"/>
                <w:szCs w:val="24"/>
                <w:lang w:val="fr-FR" w:eastAsia="zh-CN"/>
              </w:rPr>
              <w:t>9</w:t>
            </w:r>
            <w:r w:rsidRPr="00773F08">
              <w:rPr>
                <w:rFonts w:eastAsia="微軟正黑體" w:cs="Arial"/>
                <w:b/>
                <w:color w:val="212B36"/>
                <w:szCs w:val="24"/>
                <w:lang w:val="fr-FR" w:eastAsia="zh-TW"/>
              </w:rPr>
              <w:t>.</w:t>
            </w:r>
            <w:r>
              <w:rPr>
                <w:rFonts w:eastAsia="SimSun" w:cs="Arial" w:hint="eastAsia"/>
                <w:b/>
                <w:color w:val="212B36"/>
                <w:szCs w:val="24"/>
                <w:lang w:val="fr-FR" w:eastAsia="zh-CN"/>
              </w:rPr>
              <w:t xml:space="preserve"> </w:t>
            </w:r>
            <w:r w:rsidRPr="00B23364">
              <w:rPr>
                <w:rFonts w:eastAsia="微軟正黑體" w:cs="Arial"/>
                <w:b/>
                <w:color w:val="212B36"/>
                <w:szCs w:val="24"/>
                <w:lang w:val="fr-FR" w:eastAsia="zh-TW"/>
              </w:rPr>
              <w:t xml:space="preserve">Merci de recommander d’autres entreprises </w:t>
            </w:r>
            <w:r>
              <w:rPr>
                <w:rFonts w:eastAsia="SimSun" w:cs="Arial"/>
                <w:b/>
                <w:color w:val="212B36"/>
                <w:szCs w:val="24"/>
                <w:lang w:val="fr-FR" w:eastAsia="zh-CN"/>
              </w:rPr>
              <w:t>françaises</w:t>
            </w:r>
            <w:r w:rsidRPr="00B23364">
              <w:rPr>
                <w:rFonts w:eastAsia="微軟正黑體" w:cs="Arial"/>
                <w:b/>
                <w:color w:val="212B36"/>
                <w:szCs w:val="24"/>
                <w:lang w:val="fr-FR" w:eastAsia="zh-TW"/>
              </w:rPr>
              <w:t xml:space="preserve"> susceptibles d’être intéressées par ce forum</w:t>
            </w:r>
          </w:p>
        </w:tc>
        <w:tc>
          <w:tcPr>
            <w:tcW w:w="2518"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0FB78615" w14:textId="5A25990B" w:rsidR="00092389" w:rsidRPr="00B23364" w:rsidRDefault="00B23364" w:rsidP="00092389">
            <w:pPr>
              <w:spacing w:after="0" w:line="240" w:lineRule="auto"/>
              <w:rPr>
                <w:rFonts w:eastAsia="SimSun" w:cs="Arial"/>
                <w:color w:val="212B36"/>
                <w:szCs w:val="24"/>
                <w:lang w:val="fr-FR" w:eastAsia="zh-CN"/>
              </w:rPr>
            </w:pPr>
            <w:r w:rsidRPr="00B23364">
              <w:rPr>
                <w:rFonts w:eastAsia="微軟正黑體" w:cs="Arial"/>
                <w:color w:val="212B36"/>
                <w:szCs w:val="24"/>
                <w:lang w:val="fr-FR" w:eastAsia="zh-TW"/>
              </w:rPr>
              <w:t>Nom de l’entreprise / Personne de contact / E-mail / Téléphone :</w:t>
            </w:r>
          </w:p>
        </w:tc>
      </w:tr>
      <w:tr w:rsidR="00FC3DA0" w:rsidRPr="00BF4302" w14:paraId="462B74C0" w14:textId="77777777" w:rsidTr="00D715F3">
        <w:trPr>
          <w:jc w:val="center"/>
        </w:trPr>
        <w:tc>
          <w:tcPr>
            <w:tcW w:w="2482" w:type="pct"/>
            <w:tcBorders>
              <w:top w:val="single" w:sz="4" w:space="0" w:color="AFC6D1"/>
              <w:left w:val="single" w:sz="4" w:space="0" w:color="AFC6D1"/>
              <w:bottom w:val="single" w:sz="4" w:space="0" w:color="AFC6D1"/>
              <w:right w:val="single" w:sz="4" w:space="0" w:color="AFC6D1"/>
            </w:tcBorders>
            <w:shd w:val="clear" w:color="auto" w:fill="D9EAF4"/>
            <w:tcMar>
              <w:top w:w="60" w:type="dxa"/>
              <w:left w:w="80" w:type="dxa"/>
              <w:bottom w:w="60" w:type="dxa"/>
              <w:right w:w="80" w:type="dxa"/>
            </w:tcMar>
            <w:vAlign w:val="center"/>
          </w:tcPr>
          <w:p w14:paraId="1B95AB62" w14:textId="0D042350" w:rsidR="00FC3DA0" w:rsidRPr="00B23364" w:rsidRDefault="00B23364" w:rsidP="00B22FAB">
            <w:pPr>
              <w:spacing w:after="0" w:line="240" w:lineRule="auto"/>
              <w:jc w:val="both"/>
              <w:rPr>
                <w:rFonts w:eastAsia="SimSun" w:cs="Arial"/>
                <w:b/>
                <w:color w:val="212B36"/>
                <w:szCs w:val="24"/>
                <w:lang w:val="fr-FR" w:eastAsia="zh-CN"/>
              </w:rPr>
            </w:pPr>
            <w:r>
              <w:rPr>
                <w:rFonts w:eastAsia="SimSun" w:cs="Arial" w:hint="eastAsia"/>
                <w:b/>
                <w:color w:val="212B36"/>
                <w:szCs w:val="24"/>
                <w:lang w:val="fr-FR" w:eastAsia="zh-TW"/>
              </w:rPr>
              <w:t>10</w:t>
            </w:r>
            <w:r w:rsidRPr="00773F08">
              <w:rPr>
                <w:rFonts w:eastAsia="微軟正黑體" w:cs="Arial"/>
                <w:b/>
                <w:color w:val="212B36"/>
                <w:szCs w:val="24"/>
                <w:lang w:val="fr-FR" w:eastAsia="zh-TW"/>
              </w:rPr>
              <w:t xml:space="preserve">. </w:t>
            </w:r>
            <w:r w:rsidRPr="00B23364">
              <w:rPr>
                <w:rFonts w:eastAsia="微軟正黑體" w:cs="Arial"/>
                <w:b/>
                <w:color w:val="212B36"/>
                <w:szCs w:val="24"/>
                <w:lang w:val="fr-FR" w:eastAsia="zh-TW"/>
              </w:rPr>
              <w:t>Autres questions ou suggestions (facultatif)</w:t>
            </w:r>
          </w:p>
        </w:tc>
        <w:tc>
          <w:tcPr>
            <w:tcW w:w="2518" w:type="pct"/>
            <w:tcBorders>
              <w:top w:val="single" w:sz="4" w:space="0" w:color="AFC6D1"/>
              <w:left w:val="single" w:sz="4" w:space="0" w:color="AFC6D1"/>
              <w:bottom w:val="single" w:sz="4" w:space="0" w:color="AFC6D1"/>
              <w:right w:val="single" w:sz="4" w:space="0" w:color="AFC6D1"/>
            </w:tcBorders>
            <w:shd w:val="clear" w:color="auto" w:fill="auto"/>
            <w:tcMar>
              <w:top w:w="60" w:type="dxa"/>
              <w:left w:w="80" w:type="dxa"/>
              <w:bottom w:w="60" w:type="dxa"/>
              <w:right w:w="80" w:type="dxa"/>
            </w:tcMar>
            <w:vAlign w:val="center"/>
          </w:tcPr>
          <w:p w14:paraId="57DCA179" w14:textId="3BD20C11" w:rsidR="00FC3DA0" w:rsidRPr="00773F08" w:rsidRDefault="00FC3DA0" w:rsidP="00CF4BF6">
            <w:pPr>
              <w:spacing w:after="0" w:line="240" w:lineRule="auto"/>
              <w:rPr>
                <w:rFonts w:eastAsia="微軟正黑體" w:cs="Arial"/>
                <w:color w:val="212B36"/>
                <w:szCs w:val="24"/>
                <w:lang w:val="fr-FR" w:eastAsia="zh-TW"/>
              </w:rPr>
            </w:pPr>
          </w:p>
        </w:tc>
      </w:tr>
    </w:tbl>
    <w:p w14:paraId="0ADCEBF1" w14:textId="24DBEAD8" w:rsidR="00B22FAB" w:rsidRPr="00B23364" w:rsidRDefault="00B23364" w:rsidP="00092389">
      <w:pPr>
        <w:spacing w:before="60" w:after="0" w:line="240" w:lineRule="auto"/>
        <w:rPr>
          <w:rFonts w:eastAsia="SimSun" w:cs="Arial"/>
          <w:b/>
          <w:color w:val="5B6978"/>
          <w:sz w:val="18"/>
          <w:szCs w:val="24"/>
          <w:lang w:val="fr-FR" w:eastAsia="zh-CN"/>
        </w:rPr>
      </w:pPr>
      <w:r>
        <w:rPr>
          <w:rFonts w:eastAsia="SimSun" w:cs="Arial" w:hint="eastAsia"/>
          <w:b/>
          <w:color w:val="5B6978"/>
          <w:sz w:val="18"/>
          <w:szCs w:val="24"/>
          <w:lang w:val="fr-FR" w:eastAsia="zh-TW"/>
        </w:rPr>
        <w:t>*</w:t>
      </w:r>
      <w:r w:rsidRPr="00B23364">
        <w:rPr>
          <w:rFonts w:ascii="Segoe UI" w:eastAsia="新細明體" w:hAnsi="Segoe UI" w:cs="Segoe UI"/>
          <w:sz w:val="21"/>
          <w:szCs w:val="21"/>
          <w:lang w:val="fr-FR" w:eastAsia="zh-TW"/>
        </w:rPr>
        <w:t xml:space="preserve"> </w:t>
      </w:r>
      <w:r w:rsidRPr="00B23364">
        <w:rPr>
          <w:rFonts w:eastAsia="SimSun" w:cs="Arial"/>
          <w:b/>
          <w:color w:val="5B6978"/>
          <w:sz w:val="18"/>
          <w:szCs w:val="24"/>
          <w:lang w:val="fr-FR" w:eastAsia="zh-TW"/>
        </w:rPr>
        <w:t>Déclaration relative à la collecte des données personnelles</w:t>
      </w:r>
      <w:r w:rsidR="00B22FAB" w:rsidRPr="00773F08">
        <w:rPr>
          <w:rFonts w:eastAsia="微軟正黑體" w:cs="Arial"/>
          <w:b/>
          <w:color w:val="5B6978"/>
          <w:sz w:val="18"/>
          <w:szCs w:val="24"/>
          <w:lang w:val="fr-FR" w:eastAsia="zh-TW"/>
        </w:rPr>
        <w:t>：</w:t>
      </w:r>
      <w:r w:rsidRPr="00EA6022">
        <w:rPr>
          <w:rFonts w:eastAsia="微軟正黑體" w:cs="Arial"/>
          <w:bCs/>
          <w:color w:val="5B6978"/>
          <w:sz w:val="18"/>
          <w:szCs w:val="24"/>
          <w:lang w:val="fr-FR" w:eastAsia="zh-TW"/>
        </w:rPr>
        <w:t>Les données personnelles fournies seront utilisées uniquement pour la gestion des inscriptions, les communications relatives à l’événement, les activités de réseautage et de mise en relation, ainsi que pour le suivi des coopérations industrielles entre Taïwan et la France. L’organisateur s’engage à les conserver et à les utiliser conformément à la législation applicable en matière de protection des données personnelles</w:t>
      </w:r>
      <w:r w:rsidRPr="00EA6022">
        <w:rPr>
          <w:rFonts w:eastAsia="SimSun" w:cs="Arial" w:hint="eastAsia"/>
          <w:bCs/>
          <w:color w:val="5B6978"/>
          <w:sz w:val="18"/>
          <w:szCs w:val="24"/>
          <w:lang w:val="fr-FR" w:eastAsia="zh-CN"/>
        </w:rPr>
        <w:t>.</w:t>
      </w:r>
    </w:p>
    <w:sectPr w:rsidR="00B22FAB" w:rsidRPr="00B23364" w:rsidSect="00034616">
      <w:footerReference w:type="default" r:id="rId8"/>
      <w:pgSz w:w="11906" w:h="16838"/>
      <w:pgMar w:top="652" w:right="709" w:bottom="595"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8970" w14:textId="77777777" w:rsidR="000F7354" w:rsidRDefault="000F7354">
      <w:pPr>
        <w:spacing w:after="0" w:line="240" w:lineRule="auto"/>
      </w:pPr>
      <w:r>
        <w:separator/>
      </w:r>
    </w:p>
  </w:endnote>
  <w:endnote w:type="continuationSeparator" w:id="0">
    <w:p w14:paraId="5C7FE8A8" w14:textId="77777777" w:rsidR="000F7354" w:rsidRDefault="000F7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CJK T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960888"/>
      <w:docPartObj>
        <w:docPartGallery w:val="Page Numbers (Bottom of Page)"/>
        <w:docPartUnique/>
      </w:docPartObj>
    </w:sdtPr>
    <w:sdtEndPr/>
    <w:sdtContent>
      <w:p w14:paraId="445F45FD" w14:textId="57EC33BD" w:rsidR="00B22FAB" w:rsidRDefault="00B22FAB">
        <w:pPr>
          <w:pStyle w:val="a7"/>
          <w:jc w:val="center"/>
        </w:pPr>
        <w:r>
          <w:fldChar w:fldCharType="begin"/>
        </w:r>
        <w:r>
          <w:instrText>PAGE   \* MERGEFORMAT</w:instrText>
        </w:r>
        <w:r>
          <w:fldChar w:fldCharType="separate"/>
        </w:r>
        <w:r>
          <w:rPr>
            <w:lang w:val="zh-TW" w:eastAsia="zh-TW"/>
          </w:rPr>
          <w:t>2</w:t>
        </w:r>
        <w:r>
          <w:fldChar w:fldCharType="end"/>
        </w:r>
      </w:p>
    </w:sdtContent>
  </w:sdt>
  <w:p w14:paraId="7EF90DE4" w14:textId="77777777" w:rsidR="00B22FAB" w:rsidRDefault="00B2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43DB" w14:textId="77777777" w:rsidR="000F7354" w:rsidRDefault="000F7354">
      <w:pPr>
        <w:spacing w:after="0" w:line="240" w:lineRule="auto"/>
      </w:pPr>
      <w:r>
        <w:separator/>
      </w:r>
    </w:p>
  </w:footnote>
  <w:footnote w:type="continuationSeparator" w:id="0">
    <w:p w14:paraId="7C317236" w14:textId="77777777" w:rsidR="000F7354" w:rsidRDefault="000F7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116143"/>
    <w:multiLevelType w:val="hybridMultilevel"/>
    <w:tmpl w:val="0284D6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6800E59"/>
    <w:multiLevelType w:val="multilevel"/>
    <w:tmpl w:val="5E1A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5B6047"/>
    <w:multiLevelType w:val="multilevel"/>
    <w:tmpl w:val="BDE2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5661A"/>
    <w:multiLevelType w:val="multilevel"/>
    <w:tmpl w:val="6C96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07A03"/>
    <w:multiLevelType w:val="hybridMultilevel"/>
    <w:tmpl w:val="8F9A745E"/>
    <w:lvl w:ilvl="0" w:tplc="C23896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1E0931"/>
    <w:multiLevelType w:val="hybridMultilevel"/>
    <w:tmpl w:val="76504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1713072">
    <w:abstractNumId w:val="8"/>
  </w:num>
  <w:num w:numId="2" w16cid:durableId="1071386396">
    <w:abstractNumId w:val="6"/>
  </w:num>
  <w:num w:numId="3" w16cid:durableId="714041195">
    <w:abstractNumId w:val="5"/>
  </w:num>
  <w:num w:numId="4" w16cid:durableId="517043286">
    <w:abstractNumId w:val="4"/>
  </w:num>
  <w:num w:numId="5" w16cid:durableId="355548672">
    <w:abstractNumId w:val="7"/>
  </w:num>
  <w:num w:numId="6" w16cid:durableId="1587348406">
    <w:abstractNumId w:val="3"/>
  </w:num>
  <w:num w:numId="7" w16cid:durableId="901333109">
    <w:abstractNumId w:val="2"/>
  </w:num>
  <w:num w:numId="8" w16cid:durableId="544219652">
    <w:abstractNumId w:val="1"/>
  </w:num>
  <w:num w:numId="9" w16cid:durableId="118228845">
    <w:abstractNumId w:val="0"/>
  </w:num>
  <w:num w:numId="10" w16cid:durableId="1561599944">
    <w:abstractNumId w:val="14"/>
  </w:num>
  <w:num w:numId="11" w16cid:durableId="2030790696">
    <w:abstractNumId w:val="9"/>
  </w:num>
  <w:num w:numId="12" w16cid:durableId="1343436915">
    <w:abstractNumId w:val="13"/>
  </w:num>
  <w:num w:numId="13" w16cid:durableId="925386383">
    <w:abstractNumId w:val="12"/>
  </w:num>
  <w:num w:numId="14" w16cid:durableId="22902017">
    <w:abstractNumId w:val="11"/>
  </w:num>
  <w:num w:numId="15" w16cid:durableId="4801217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FE9"/>
    <w:rsid w:val="00033277"/>
    <w:rsid w:val="00034616"/>
    <w:rsid w:val="00051934"/>
    <w:rsid w:val="0006063C"/>
    <w:rsid w:val="00072137"/>
    <w:rsid w:val="00092389"/>
    <w:rsid w:val="00092AF3"/>
    <w:rsid w:val="000A515E"/>
    <w:rsid w:val="000B08F5"/>
    <w:rsid w:val="000F7354"/>
    <w:rsid w:val="0015074B"/>
    <w:rsid w:val="001753A7"/>
    <w:rsid w:val="0019402B"/>
    <w:rsid w:val="001A6A9E"/>
    <w:rsid w:val="00214A2E"/>
    <w:rsid w:val="0029639D"/>
    <w:rsid w:val="002B4B33"/>
    <w:rsid w:val="00314C8A"/>
    <w:rsid w:val="0031623A"/>
    <w:rsid w:val="00326F90"/>
    <w:rsid w:val="00346634"/>
    <w:rsid w:val="003610D9"/>
    <w:rsid w:val="00367250"/>
    <w:rsid w:val="003B7E3D"/>
    <w:rsid w:val="003E78DC"/>
    <w:rsid w:val="00437187"/>
    <w:rsid w:val="00474B1C"/>
    <w:rsid w:val="004A3D5A"/>
    <w:rsid w:val="004C79A4"/>
    <w:rsid w:val="004F4DC3"/>
    <w:rsid w:val="00546211"/>
    <w:rsid w:val="0054692D"/>
    <w:rsid w:val="00571CB5"/>
    <w:rsid w:val="00597F71"/>
    <w:rsid w:val="00610E34"/>
    <w:rsid w:val="00646BF0"/>
    <w:rsid w:val="006500A9"/>
    <w:rsid w:val="006622B3"/>
    <w:rsid w:val="006A6D3E"/>
    <w:rsid w:val="006C5812"/>
    <w:rsid w:val="006D07C2"/>
    <w:rsid w:val="006E15F3"/>
    <w:rsid w:val="006F76B8"/>
    <w:rsid w:val="00701DF7"/>
    <w:rsid w:val="00710832"/>
    <w:rsid w:val="0073202B"/>
    <w:rsid w:val="00736D25"/>
    <w:rsid w:val="00745EB7"/>
    <w:rsid w:val="00773F08"/>
    <w:rsid w:val="00796B45"/>
    <w:rsid w:val="007A5A41"/>
    <w:rsid w:val="008B389B"/>
    <w:rsid w:val="00985E1F"/>
    <w:rsid w:val="009D5365"/>
    <w:rsid w:val="00A04E2A"/>
    <w:rsid w:val="00A6246B"/>
    <w:rsid w:val="00A66270"/>
    <w:rsid w:val="00A9126C"/>
    <w:rsid w:val="00AA1D8D"/>
    <w:rsid w:val="00B22FAB"/>
    <w:rsid w:val="00B23364"/>
    <w:rsid w:val="00B47730"/>
    <w:rsid w:val="00BF4302"/>
    <w:rsid w:val="00BF4CDB"/>
    <w:rsid w:val="00C23456"/>
    <w:rsid w:val="00C50063"/>
    <w:rsid w:val="00C85F2B"/>
    <w:rsid w:val="00CB0664"/>
    <w:rsid w:val="00CF4BF6"/>
    <w:rsid w:val="00D021DC"/>
    <w:rsid w:val="00D21E7E"/>
    <w:rsid w:val="00D2549D"/>
    <w:rsid w:val="00D715F3"/>
    <w:rsid w:val="00DA0C04"/>
    <w:rsid w:val="00E36D7A"/>
    <w:rsid w:val="00EA6022"/>
    <w:rsid w:val="00EE02C6"/>
    <w:rsid w:val="00F7183A"/>
    <w:rsid w:val="00F93811"/>
    <w:rsid w:val="00FB1901"/>
    <w:rsid w:val="00FC3D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2C59D4"/>
  <w14:defaultImageDpi w14:val="300"/>
  <w15:docId w15:val="{150EFA34-AC1C-4CBA-8C78-40F71FE6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Noto Sans CJK TC"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semiHidden/>
    <w:unhideWhenUsed/>
    <w:rsid w:val="00F93811"/>
    <w:rPr>
      <w:rFonts w:ascii="Times New Roman" w:hAnsi="Times New Roman" w:cs="Times New Roman"/>
      <w:sz w:val="24"/>
      <w:szCs w:val="24"/>
    </w:rPr>
  </w:style>
  <w:style w:type="character" w:styleId="affa">
    <w:name w:val="Hyperlink"/>
    <w:basedOn w:val="a2"/>
    <w:uiPriority w:val="99"/>
    <w:unhideWhenUsed/>
    <w:rsid w:val="00F93811"/>
    <w:rPr>
      <w:color w:val="0000FF" w:themeColor="hyperlink"/>
      <w:u w:val="single"/>
    </w:rPr>
  </w:style>
  <w:style w:type="character" w:styleId="affb">
    <w:name w:val="Unresolved Mention"/>
    <w:basedOn w:val="a2"/>
    <w:uiPriority w:val="99"/>
    <w:semiHidden/>
    <w:unhideWhenUsed/>
    <w:rsid w:val="00F93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748">
      <w:bodyDiv w:val="1"/>
      <w:marLeft w:val="0"/>
      <w:marRight w:val="0"/>
      <w:marTop w:val="0"/>
      <w:marBottom w:val="0"/>
      <w:divBdr>
        <w:top w:val="none" w:sz="0" w:space="0" w:color="auto"/>
        <w:left w:val="none" w:sz="0" w:space="0" w:color="auto"/>
        <w:bottom w:val="none" w:sz="0" w:space="0" w:color="auto"/>
        <w:right w:val="none" w:sz="0" w:space="0" w:color="auto"/>
      </w:divBdr>
      <w:divsChild>
        <w:div w:id="453718690">
          <w:marLeft w:val="0"/>
          <w:marRight w:val="0"/>
          <w:marTop w:val="0"/>
          <w:marBottom w:val="0"/>
          <w:divBdr>
            <w:top w:val="none" w:sz="0" w:space="0" w:color="auto"/>
            <w:left w:val="none" w:sz="0" w:space="0" w:color="auto"/>
            <w:bottom w:val="none" w:sz="0" w:space="0" w:color="auto"/>
            <w:right w:val="none" w:sz="0" w:space="0" w:color="auto"/>
          </w:divBdr>
        </w:div>
      </w:divsChild>
    </w:div>
    <w:div w:id="210502868">
      <w:bodyDiv w:val="1"/>
      <w:marLeft w:val="0"/>
      <w:marRight w:val="0"/>
      <w:marTop w:val="0"/>
      <w:marBottom w:val="0"/>
      <w:divBdr>
        <w:top w:val="none" w:sz="0" w:space="0" w:color="auto"/>
        <w:left w:val="none" w:sz="0" w:space="0" w:color="auto"/>
        <w:bottom w:val="none" w:sz="0" w:space="0" w:color="auto"/>
        <w:right w:val="none" w:sz="0" w:space="0" w:color="auto"/>
      </w:divBdr>
      <w:divsChild>
        <w:div w:id="100610232">
          <w:marLeft w:val="0"/>
          <w:marRight w:val="0"/>
          <w:marTop w:val="0"/>
          <w:marBottom w:val="0"/>
          <w:divBdr>
            <w:top w:val="none" w:sz="0" w:space="0" w:color="auto"/>
            <w:left w:val="none" w:sz="0" w:space="0" w:color="auto"/>
            <w:bottom w:val="none" w:sz="0" w:space="0" w:color="auto"/>
            <w:right w:val="none" w:sz="0" w:space="0" w:color="auto"/>
          </w:divBdr>
        </w:div>
      </w:divsChild>
    </w:div>
    <w:div w:id="215315473">
      <w:bodyDiv w:val="1"/>
      <w:marLeft w:val="0"/>
      <w:marRight w:val="0"/>
      <w:marTop w:val="0"/>
      <w:marBottom w:val="0"/>
      <w:divBdr>
        <w:top w:val="none" w:sz="0" w:space="0" w:color="auto"/>
        <w:left w:val="none" w:sz="0" w:space="0" w:color="auto"/>
        <w:bottom w:val="none" w:sz="0" w:space="0" w:color="auto"/>
        <w:right w:val="none" w:sz="0" w:space="0" w:color="auto"/>
      </w:divBdr>
      <w:divsChild>
        <w:div w:id="693196119">
          <w:marLeft w:val="0"/>
          <w:marRight w:val="0"/>
          <w:marTop w:val="0"/>
          <w:marBottom w:val="0"/>
          <w:divBdr>
            <w:top w:val="none" w:sz="0" w:space="0" w:color="auto"/>
            <w:left w:val="none" w:sz="0" w:space="0" w:color="auto"/>
            <w:bottom w:val="none" w:sz="0" w:space="0" w:color="auto"/>
            <w:right w:val="none" w:sz="0" w:space="0" w:color="auto"/>
          </w:divBdr>
        </w:div>
      </w:divsChild>
    </w:div>
    <w:div w:id="215819525">
      <w:bodyDiv w:val="1"/>
      <w:marLeft w:val="0"/>
      <w:marRight w:val="0"/>
      <w:marTop w:val="0"/>
      <w:marBottom w:val="0"/>
      <w:divBdr>
        <w:top w:val="none" w:sz="0" w:space="0" w:color="auto"/>
        <w:left w:val="none" w:sz="0" w:space="0" w:color="auto"/>
        <w:bottom w:val="none" w:sz="0" w:space="0" w:color="auto"/>
        <w:right w:val="none" w:sz="0" w:space="0" w:color="auto"/>
      </w:divBdr>
      <w:divsChild>
        <w:div w:id="799342876">
          <w:marLeft w:val="0"/>
          <w:marRight w:val="0"/>
          <w:marTop w:val="0"/>
          <w:marBottom w:val="0"/>
          <w:divBdr>
            <w:top w:val="none" w:sz="0" w:space="0" w:color="auto"/>
            <w:left w:val="none" w:sz="0" w:space="0" w:color="auto"/>
            <w:bottom w:val="none" w:sz="0" w:space="0" w:color="auto"/>
            <w:right w:val="none" w:sz="0" w:space="0" w:color="auto"/>
          </w:divBdr>
        </w:div>
      </w:divsChild>
    </w:div>
    <w:div w:id="217012543">
      <w:bodyDiv w:val="1"/>
      <w:marLeft w:val="0"/>
      <w:marRight w:val="0"/>
      <w:marTop w:val="0"/>
      <w:marBottom w:val="0"/>
      <w:divBdr>
        <w:top w:val="none" w:sz="0" w:space="0" w:color="auto"/>
        <w:left w:val="none" w:sz="0" w:space="0" w:color="auto"/>
        <w:bottom w:val="none" w:sz="0" w:space="0" w:color="auto"/>
        <w:right w:val="none" w:sz="0" w:space="0" w:color="auto"/>
      </w:divBdr>
      <w:divsChild>
        <w:div w:id="450906801">
          <w:marLeft w:val="0"/>
          <w:marRight w:val="0"/>
          <w:marTop w:val="0"/>
          <w:marBottom w:val="0"/>
          <w:divBdr>
            <w:top w:val="none" w:sz="0" w:space="0" w:color="auto"/>
            <w:left w:val="none" w:sz="0" w:space="0" w:color="auto"/>
            <w:bottom w:val="none" w:sz="0" w:space="0" w:color="auto"/>
            <w:right w:val="none" w:sz="0" w:space="0" w:color="auto"/>
          </w:divBdr>
        </w:div>
      </w:divsChild>
    </w:div>
    <w:div w:id="229973097">
      <w:bodyDiv w:val="1"/>
      <w:marLeft w:val="0"/>
      <w:marRight w:val="0"/>
      <w:marTop w:val="0"/>
      <w:marBottom w:val="0"/>
      <w:divBdr>
        <w:top w:val="none" w:sz="0" w:space="0" w:color="auto"/>
        <w:left w:val="none" w:sz="0" w:space="0" w:color="auto"/>
        <w:bottom w:val="none" w:sz="0" w:space="0" w:color="auto"/>
        <w:right w:val="none" w:sz="0" w:space="0" w:color="auto"/>
      </w:divBdr>
      <w:divsChild>
        <w:div w:id="401294615">
          <w:marLeft w:val="0"/>
          <w:marRight w:val="0"/>
          <w:marTop w:val="0"/>
          <w:marBottom w:val="0"/>
          <w:divBdr>
            <w:top w:val="none" w:sz="0" w:space="0" w:color="auto"/>
            <w:left w:val="none" w:sz="0" w:space="0" w:color="auto"/>
            <w:bottom w:val="none" w:sz="0" w:space="0" w:color="auto"/>
            <w:right w:val="none" w:sz="0" w:space="0" w:color="auto"/>
          </w:divBdr>
        </w:div>
      </w:divsChild>
    </w:div>
    <w:div w:id="284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8267687">
          <w:marLeft w:val="0"/>
          <w:marRight w:val="0"/>
          <w:marTop w:val="0"/>
          <w:marBottom w:val="0"/>
          <w:divBdr>
            <w:top w:val="none" w:sz="0" w:space="0" w:color="auto"/>
            <w:left w:val="none" w:sz="0" w:space="0" w:color="auto"/>
            <w:bottom w:val="none" w:sz="0" w:space="0" w:color="auto"/>
            <w:right w:val="none" w:sz="0" w:space="0" w:color="auto"/>
          </w:divBdr>
        </w:div>
      </w:divsChild>
    </w:div>
    <w:div w:id="488980950">
      <w:bodyDiv w:val="1"/>
      <w:marLeft w:val="0"/>
      <w:marRight w:val="0"/>
      <w:marTop w:val="0"/>
      <w:marBottom w:val="0"/>
      <w:divBdr>
        <w:top w:val="none" w:sz="0" w:space="0" w:color="auto"/>
        <w:left w:val="none" w:sz="0" w:space="0" w:color="auto"/>
        <w:bottom w:val="none" w:sz="0" w:space="0" w:color="auto"/>
        <w:right w:val="none" w:sz="0" w:space="0" w:color="auto"/>
      </w:divBdr>
      <w:divsChild>
        <w:div w:id="1397433434">
          <w:marLeft w:val="0"/>
          <w:marRight w:val="0"/>
          <w:marTop w:val="0"/>
          <w:marBottom w:val="0"/>
          <w:divBdr>
            <w:top w:val="none" w:sz="0" w:space="0" w:color="auto"/>
            <w:left w:val="none" w:sz="0" w:space="0" w:color="auto"/>
            <w:bottom w:val="none" w:sz="0" w:space="0" w:color="auto"/>
            <w:right w:val="none" w:sz="0" w:space="0" w:color="auto"/>
          </w:divBdr>
        </w:div>
      </w:divsChild>
    </w:div>
    <w:div w:id="570769451">
      <w:bodyDiv w:val="1"/>
      <w:marLeft w:val="0"/>
      <w:marRight w:val="0"/>
      <w:marTop w:val="0"/>
      <w:marBottom w:val="0"/>
      <w:divBdr>
        <w:top w:val="none" w:sz="0" w:space="0" w:color="auto"/>
        <w:left w:val="none" w:sz="0" w:space="0" w:color="auto"/>
        <w:bottom w:val="none" w:sz="0" w:space="0" w:color="auto"/>
        <w:right w:val="none" w:sz="0" w:space="0" w:color="auto"/>
      </w:divBdr>
      <w:divsChild>
        <w:div w:id="1209755736">
          <w:marLeft w:val="0"/>
          <w:marRight w:val="0"/>
          <w:marTop w:val="0"/>
          <w:marBottom w:val="0"/>
          <w:divBdr>
            <w:top w:val="none" w:sz="0" w:space="0" w:color="auto"/>
            <w:left w:val="none" w:sz="0" w:space="0" w:color="auto"/>
            <w:bottom w:val="none" w:sz="0" w:space="0" w:color="auto"/>
            <w:right w:val="none" w:sz="0" w:space="0" w:color="auto"/>
          </w:divBdr>
        </w:div>
      </w:divsChild>
    </w:div>
    <w:div w:id="573511086">
      <w:bodyDiv w:val="1"/>
      <w:marLeft w:val="0"/>
      <w:marRight w:val="0"/>
      <w:marTop w:val="0"/>
      <w:marBottom w:val="0"/>
      <w:divBdr>
        <w:top w:val="none" w:sz="0" w:space="0" w:color="auto"/>
        <w:left w:val="none" w:sz="0" w:space="0" w:color="auto"/>
        <w:bottom w:val="none" w:sz="0" w:space="0" w:color="auto"/>
        <w:right w:val="none" w:sz="0" w:space="0" w:color="auto"/>
      </w:divBdr>
      <w:divsChild>
        <w:div w:id="1681856895">
          <w:marLeft w:val="0"/>
          <w:marRight w:val="0"/>
          <w:marTop w:val="0"/>
          <w:marBottom w:val="0"/>
          <w:divBdr>
            <w:top w:val="none" w:sz="0" w:space="0" w:color="auto"/>
            <w:left w:val="none" w:sz="0" w:space="0" w:color="auto"/>
            <w:bottom w:val="none" w:sz="0" w:space="0" w:color="auto"/>
            <w:right w:val="none" w:sz="0" w:space="0" w:color="auto"/>
          </w:divBdr>
        </w:div>
      </w:divsChild>
    </w:div>
    <w:div w:id="605621291">
      <w:bodyDiv w:val="1"/>
      <w:marLeft w:val="0"/>
      <w:marRight w:val="0"/>
      <w:marTop w:val="0"/>
      <w:marBottom w:val="0"/>
      <w:divBdr>
        <w:top w:val="none" w:sz="0" w:space="0" w:color="auto"/>
        <w:left w:val="none" w:sz="0" w:space="0" w:color="auto"/>
        <w:bottom w:val="none" w:sz="0" w:space="0" w:color="auto"/>
        <w:right w:val="none" w:sz="0" w:space="0" w:color="auto"/>
      </w:divBdr>
      <w:divsChild>
        <w:div w:id="1173691852">
          <w:marLeft w:val="0"/>
          <w:marRight w:val="0"/>
          <w:marTop w:val="0"/>
          <w:marBottom w:val="0"/>
          <w:divBdr>
            <w:top w:val="none" w:sz="0" w:space="0" w:color="auto"/>
            <w:left w:val="none" w:sz="0" w:space="0" w:color="auto"/>
            <w:bottom w:val="none" w:sz="0" w:space="0" w:color="auto"/>
            <w:right w:val="none" w:sz="0" w:space="0" w:color="auto"/>
          </w:divBdr>
        </w:div>
      </w:divsChild>
    </w:div>
    <w:div w:id="739711579">
      <w:bodyDiv w:val="1"/>
      <w:marLeft w:val="0"/>
      <w:marRight w:val="0"/>
      <w:marTop w:val="0"/>
      <w:marBottom w:val="0"/>
      <w:divBdr>
        <w:top w:val="none" w:sz="0" w:space="0" w:color="auto"/>
        <w:left w:val="none" w:sz="0" w:space="0" w:color="auto"/>
        <w:bottom w:val="none" w:sz="0" w:space="0" w:color="auto"/>
        <w:right w:val="none" w:sz="0" w:space="0" w:color="auto"/>
      </w:divBdr>
      <w:divsChild>
        <w:div w:id="2137409722">
          <w:marLeft w:val="0"/>
          <w:marRight w:val="0"/>
          <w:marTop w:val="0"/>
          <w:marBottom w:val="0"/>
          <w:divBdr>
            <w:top w:val="none" w:sz="0" w:space="0" w:color="auto"/>
            <w:left w:val="none" w:sz="0" w:space="0" w:color="auto"/>
            <w:bottom w:val="none" w:sz="0" w:space="0" w:color="auto"/>
            <w:right w:val="none" w:sz="0" w:space="0" w:color="auto"/>
          </w:divBdr>
        </w:div>
      </w:divsChild>
    </w:div>
    <w:div w:id="864516382">
      <w:bodyDiv w:val="1"/>
      <w:marLeft w:val="0"/>
      <w:marRight w:val="0"/>
      <w:marTop w:val="0"/>
      <w:marBottom w:val="0"/>
      <w:divBdr>
        <w:top w:val="none" w:sz="0" w:space="0" w:color="auto"/>
        <w:left w:val="none" w:sz="0" w:space="0" w:color="auto"/>
        <w:bottom w:val="none" w:sz="0" w:space="0" w:color="auto"/>
        <w:right w:val="none" w:sz="0" w:space="0" w:color="auto"/>
      </w:divBdr>
      <w:divsChild>
        <w:div w:id="542254190">
          <w:marLeft w:val="0"/>
          <w:marRight w:val="0"/>
          <w:marTop w:val="0"/>
          <w:marBottom w:val="0"/>
          <w:divBdr>
            <w:top w:val="none" w:sz="0" w:space="0" w:color="auto"/>
            <w:left w:val="none" w:sz="0" w:space="0" w:color="auto"/>
            <w:bottom w:val="none" w:sz="0" w:space="0" w:color="auto"/>
            <w:right w:val="none" w:sz="0" w:space="0" w:color="auto"/>
          </w:divBdr>
        </w:div>
      </w:divsChild>
    </w:div>
    <w:div w:id="882908338">
      <w:bodyDiv w:val="1"/>
      <w:marLeft w:val="0"/>
      <w:marRight w:val="0"/>
      <w:marTop w:val="0"/>
      <w:marBottom w:val="0"/>
      <w:divBdr>
        <w:top w:val="none" w:sz="0" w:space="0" w:color="auto"/>
        <w:left w:val="none" w:sz="0" w:space="0" w:color="auto"/>
        <w:bottom w:val="none" w:sz="0" w:space="0" w:color="auto"/>
        <w:right w:val="none" w:sz="0" w:space="0" w:color="auto"/>
      </w:divBdr>
      <w:divsChild>
        <w:div w:id="945041456">
          <w:marLeft w:val="0"/>
          <w:marRight w:val="0"/>
          <w:marTop w:val="0"/>
          <w:marBottom w:val="0"/>
          <w:divBdr>
            <w:top w:val="none" w:sz="0" w:space="0" w:color="auto"/>
            <w:left w:val="none" w:sz="0" w:space="0" w:color="auto"/>
            <w:bottom w:val="none" w:sz="0" w:space="0" w:color="auto"/>
            <w:right w:val="none" w:sz="0" w:space="0" w:color="auto"/>
          </w:divBdr>
        </w:div>
      </w:divsChild>
    </w:div>
    <w:div w:id="891814852">
      <w:bodyDiv w:val="1"/>
      <w:marLeft w:val="0"/>
      <w:marRight w:val="0"/>
      <w:marTop w:val="0"/>
      <w:marBottom w:val="0"/>
      <w:divBdr>
        <w:top w:val="none" w:sz="0" w:space="0" w:color="auto"/>
        <w:left w:val="none" w:sz="0" w:space="0" w:color="auto"/>
        <w:bottom w:val="none" w:sz="0" w:space="0" w:color="auto"/>
        <w:right w:val="none" w:sz="0" w:space="0" w:color="auto"/>
      </w:divBdr>
      <w:divsChild>
        <w:div w:id="637960169">
          <w:marLeft w:val="0"/>
          <w:marRight w:val="0"/>
          <w:marTop w:val="0"/>
          <w:marBottom w:val="0"/>
          <w:divBdr>
            <w:top w:val="none" w:sz="0" w:space="0" w:color="auto"/>
            <w:left w:val="none" w:sz="0" w:space="0" w:color="auto"/>
            <w:bottom w:val="none" w:sz="0" w:space="0" w:color="auto"/>
            <w:right w:val="none" w:sz="0" w:space="0" w:color="auto"/>
          </w:divBdr>
        </w:div>
      </w:divsChild>
    </w:div>
    <w:div w:id="930700321">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3">
          <w:marLeft w:val="0"/>
          <w:marRight w:val="0"/>
          <w:marTop w:val="0"/>
          <w:marBottom w:val="0"/>
          <w:divBdr>
            <w:top w:val="none" w:sz="0" w:space="0" w:color="auto"/>
            <w:left w:val="none" w:sz="0" w:space="0" w:color="auto"/>
            <w:bottom w:val="none" w:sz="0" w:space="0" w:color="auto"/>
            <w:right w:val="none" w:sz="0" w:space="0" w:color="auto"/>
          </w:divBdr>
        </w:div>
      </w:divsChild>
    </w:div>
    <w:div w:id="951743631">
      <w:bodyDiv w:val="1"/>
      <w:marLeft w:val="0"/>
      <w:marRight w:val="0"/>
      <w:marTop w:val="0"/>
      <w:marBottom w:val="0"/>
      <w:divBdr>
        <w:top w:val="none" w:sz="0" w:space="0" w:color="auto"/>
        <w:left w:val="none" w:sz="0" w:space="0" w:color="auto"/>
        <w:bottom w:val="none" w:sz="0" w:space="0" w:color="auto"/>
        <w:right w:val="none" w:sz="0" w:space="0" w:color="auto"/>
      </w:divBdr>
      <w:divsChild>
        <w:div w:id="953169014">
          <w:marLeft w:val="0"/>
          <w:marRight w:val="0"/>
          <w:marTop w:val="0"/>
          <w:marBottom w:val="0"/>
          <w:divBdr>
            <w:top w:val="none" w:sz="0" w:space="0" w:color="auto"/>
            <w:left w:val="none" w:sz="0" w:space="0" w:color="auto"/>
            <w:bottom w:val="none" w:sz="0" w:space="0" w:color="auto"/>
            <w:right w:val="none" w:sz="0" w:space="0" w:color="auto"/>
          </w:divBdr>
        </w:div>
      </w:divsChild>
    </w:div>
    <w:div w:id="988243726">
      <w:bodyDiv w:val="1"/>
      <w:marLeft w:val="0"/>
      <w:marRight w:val="0"/>
      <w:marTop w:val="0"/>
      <w:marBottom w:val="0"/>
      <w:divBdr>
        <w:top w:val="none" w:sz="0" w:space="0" w:color="auto"/>
        <w:left w:val="none" w:sz="0" w:space="0" w:color="auto"/>
        <w:bottom w:val="none" w:sz="0" w:space="0" w:color="auto"/>
        <w:right w:val="none" w:sz="0" w:space="0" w:color="auto"/>
      </w:divBdr>
      <w:divsChild>
        <w:div w:id="772018919">
          <w:marLeft w:val="0"/>
          <w:marRight w:val="0"/>
          <w:marTop w:val="0"/>
          <w:marBottom w:val="0"/>
          <w:divBdr>
            <w:top w:val="none" w:sz="0" w:space="0" w:color="auto"/>
            <w:left w:val="none" w:sz="0" w:space="0" w:color="auto"/>
            <w:bottom w:val="none" w:sz="0" w:space="0" w:color="auto"/>
            <w:right w:val="none" w:sz="0" w:space="0" w:color="auto"/>
          </w:divBdr>
        </w:div>
      </w:divsChild>
    </w:div>
    <w:div w:id="994577392">
      <w:bodyDiv w:val="1"/>
      <w:marLeft w:val="0"/>
      <w:marRight w:val="0"/>
      <w:marTop w:val="0"/>
      <w:marBottom w:val="0"/>
      <w:divBdr>
        <w:top w:val="none" w:sz="0" w:space="0" w:color="auto"/>
        <w:left w:val="none" w:sz="0" w:space="0" w:color="auto"/>
        <w:bottom w:val="none" w:sz="0" w:space="0" w:color="auto"/>
        <w:right w:val="none" w:sz="0" w:space="0" w:color="auto"/>
      </w:divBdr>
      <w:divsChild>
        <w:div w:id="1207369776">
          <w:marLeft w:val="0"/>
          <w:marRight w:val="0"/>
          <w:marTop w:val="0"/>
          <w:marBottom w:val="0"/>
          <w:divBdr>
            <w:top w:val="none" w:sz="0" w:space="0" w:color="auto"/>
            <w:left w:val="none" w:sz="0" w:space="0" w:color="auto"/>
            <w:bottom w:val="none" w:sz="0" w:space="0" w:color="auto"/>
            <w:right w:val="none" w:sz="0" w:space="0" w:color="auto"/>
          </w:divBdr>
        </w:div>
      </w:divsChild>
    </w:div>
    <w:div w:id="1001929470">
      <w:bodyDiv w:val="1"/>
      <w:marLeft w:val="0"/>
      <w:marRight w:val="0"/>
      <w:marTop w:val="0"/>
      <w:marBottom w:val="0"/>
      <w:divBdr>
        <w:top w:val="none" w:sz="0" w:space="0" w:color="auto"/>
        <w:left w:val="none" w:sz="0" w:space="0" w:color="auto"/>
        <w:bottom w:val="none" w:sz="0" w:space="0" w:color="auto"/>
        <w:right w:val="none" w:sz="0" w:space="0" w:color="auto"/>
      </w:divBdr>
      <w:divsChild>
        <w:div w:id="1665932078">
          <w:marLeft w:val="0"/>
          <w:marRight w:val="0"/>
          <w:marTop w:val="0"/>
          <w:marBottom w:val="0"/>
          <w:divBdr>
            <w:top w:val="none" w:sz="0" w:space="0" w:color="auto"/>
            <w:left w:val="none" w:sz="0" w:space="0" w:color="auto"/>
            <w:bottom w:val="none" w:sz="0" w:space="0" w:color="auto"/>
            <w:right w:val="none" w:sz="0" w:space="0" w:color="auto"/>
          </w:divBdr>
        </w:div>
      </w:divsChild>
    </w:div>
    <w:div w:id="1037700363">
      <w:bodyDiv w:val="1"/>
      <w:marLeft w:val="0"/>
      <w:marRight w:val="0"/>
      <w:marTop w:val="0"/>
      <w:marBottom w:val="0"/>
      <w:divBdr>
        <w:top w:val="none" w:sz="0" w:space="0" w:color="auto"/>
        <w:left w:val="none" w:sz="0" w:space="0" w:color="auto"/>
        <w:bottom w:val="none" w:sz="0" w:space="0" w:color="auto"/>
        <w:right w:val="none" w:sz="0" w:space="0" w:color="auto"/>
      </w:divBdr>
      <w:divsChild>
        <w:div w:id="51273886">
          <w:marLeft w:val="0"/>
          <w:marRight w:val="0"/>
          <w:marTop w:val="0"/>
          <w:marBottom w:val="0"/>
          <w:divBdr>
            <w:top w:val="none" w:sz="0" w:space="0" w:color="auto"/>
            <w:left w:val="none" w:sz="0" w:space="0" w:color="auto"/>
            <w:bottom w:val="none" w:sz="0" w:space="0" w:color="auto"/>
            <w:right w:val="none" w:sz="0" w:space="0" w:color="auto"/>
          </w:divBdr>
        </w:div>
      </w:divsChild>
    </w:div>
    <w:div w:id="1104034241">
      <w:bodyDiv w:val="1"/>
      <w:marLeft w:val="0"/>
      <w:marRight w:val="0"/>
      <w:marTop w:val="0"/>
      <w:marBottom w:val="0"/>
      <w:divBdr>
        <w:top w:val="none" w:sz="0" w:space="0" w:color="auto"/>
        <w:left w:val="none" w:sz="0" w:space="0" w:color="auto"/>
        <w:bottom w:val="none" w:sz="0" w:space="0" w:color="auto"/>
        <w:right w:val="none" w:sz="0" w:space="0" w:color="auto"/>
      </w:divBdr>
      <w:divsChild>
        <w:div w:id="436296835">
          <w:marLeft w:val="0"/>
          <w:marRight w:val="0"/>
          <w:marTop w:val="0"/>
          <w:marBottom w:val="0"/>
          <w:divBdr>
            <w:top w:val="none" w:sz="0" w:space="0" w:color="auto"/>
            <w:left w:val="none" w:sz="0" w:space="0" w:color="auto"/>
            <w:bottom w:val="none" w:sz="0" w:space="0" w:color="auto"/>
            <w:right w:val="none" w:sz="0" w:space="0" w:color="auto"/>
          </w:divBdr>
        </w:div>
      </w:divsChild>
    </w:div>
    <w:div w:id="1269001258">
      <w:bodyDiv w:val="1"/>
      <w:marLeft w:val="0"/>
      <w:marRight w:val="0"/>
      <w:marTop w:val="0"/>
      <w:marBottom w:val="0"/>
      <w:divBdr>
        <w:top w:val="none" w:sz="0" w:space="0" w:color="auto"/>
        <w:left w:val="none" w:sz="0" w:space="0" w:color="auto"/>
        <w:bottom w:val="none" w:sz="0" w:space="0" w:color="auto"/>
        <w:right w:val="none" w:sz="0" w:space="0" w:color="auto"/>
      </w:divBdr>
      <w:divsChild>
        <w:div w:id="1848249080">
          <w:marLeft w:val="0"/>
          <w:marRight w:val="0"/>
          <w:marTop w:val="0"/>
          <w:marBottom w:val="0"/>
          <w:divBdr>
            <w:top w:val="none" w:sz="0" w:space="0" w:color="auto"/>
            <w:left w:val="none" w:sz="0" w:space="0" w:color="auto"/>
            <w:bottom w:val="none" w:sz="0" w:space="0" w:color="auto"/>
            <w:right w:val="none" w:sz="0" w:space="0" w:color="auto"/>
          </w:divBdr>
        </w:div>
      </w:divsChild>
    </w:div>
    <w:div w:id="1309242532">
      <w:bodyDiv w:val="1"/>
      <w:marLeft w:val="0"/>
      <w:marRight w:val="0"/>
      <w:marTop w:val="0"/>
      <w:marBottom w:val="0"/>
      <w:divBdr>
        <w:top w:val="none" w:sz="0" w:space="0" w:color="auto"/>
        <w:left w:val="none" w:sz="0" w:space="0" w:color="auto"/>
        <w:bottom w:val="none" w:sz="0" w:space="0" w:color="auto"/>
        <w:right w:val="none" w:sz="0" w:space="0" w:color="auto"/>
      </w:divBdr>
      <w:divsChild>
        <w:div w:id="2040424707">
          <w:marLeft w:val="0"/>
          <w:marRight w:val="0"/>
          <w:marTop w:val="0"/>
          <w:marBottom w:val="0"/>
          <w:divBdr>
            <w:top w:val="none" w:sz="0" w:space="0" w:color="auto"/>
            <w:left w:val="none" w:sz="0" w:space="0" w:color="auto"/>
            <w:bottom w:val="none" w:sz="0" w:space="0" w:color="auto"/>
            <w:right w:val="none" w:sz="0" w:space="0" w:color="auto"/>
          </w:divBdr>
        </w:div>
      </w:divsChild>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sChild>
        <w:div w:id="646782546">
          <w:marLeft w:val="0"/>
          <w:marRight w:val="0"/>
          <w:marTop w:val="0"/>
          <w:marBottom w:val="0"/>
          <w:divBdr>
            <w:top w:val="none" w:sz="0" w:space="0" w:color="auto"/>
            <w:left w:val="none" w:sz="0" w:space="0" w:color="auto"/>
            <w:bottom w:val="none" w:sz="0" w:space="0" w:color="auto"/>
            <w:right w:val="none" w:sz="0" w:space="0" w:color="auto"/>
          </w:divBdr>
        </w:div>
      </w:divsChild>
    </w:div>
    <w:div w:id="1327711317">
      <w:bodyDiv w:val="1"/>
      <w:marLeft w:val="0"/>
      <w:marRight w:val="0"/>
      <w:marTop w:val="0"/>
      <w:marBottom w:val="0"/>
      <w:divBdr>
        <w:top w:val="none" w:sz="0" w:space="0" w:color="auto"/>
        <w:left w:val="none" w:sz="0" w:space="0" w:color="auto"/>
        <w:bottom w:val="none" w:sz="0" w:space="0" w:color="auto"/>
        <w:right w:val="none" w:sz="0" w:space="0" w:color="auto"/>
      </w:divBdr>
      <w:divsChild>
        <w:div w:id="1523938781">
          <w:marLeft w:val="0"/>
          <w:marRight w:val="0"/>
          <w:marTop w:val="0"/>
          <w:marBottom w:val="0"/>
          <w:divBdr>
            <w:top w:val="none" w:sz="0" w:space="0" w:color="auto"/>
            <w:left w:val="none" w:sz="0" w:space="0" w:color="auto"/>
            <w:bottom w:val="none" w:sz="0" w:space="0" w:color="auto"/>
            <w:right w:val="none" w:sz="0" w:space="0" w:color="auto"/>
          </w:divBdr>
        </w:div>
      </w:divsChild>
    </w:div>
    <w:div w:id="1331789056">
      <w:bodyDiv w:val="1"/>
      <w:marLeft w:val="0"/>
      <w:marRight w:val="0"/>
      <w:marTop w:val="0"/>
      <w:marBottom w:val="0"/>
      <w:divBdr>
        <w:top w:val="none" w:sz="0" w:space="0" w:color="auto"/>
        <w:left w:val="none" w:sz="0" w:space="0" w:color="auto"/>
        <w:bottom w:val="none" w:sz="0" w:space="0" w:color="auto"/>
        <w:right w:val="none" w:sz="0" w:space="0" w:color="auto"/>
      </w:divBdr>
      <w:divsChild>
        <w:div w:id="1584483792">
          <w:marLeft w:val="0"/>
          <w:marRight w:val="0"/>
          <w:marTop w:val="0"/>
          <w:marBottom w:val="0"/>
          <w:divBdr>
            <w:top w:val="none" w:sz="0" w:space="0" w:color="auto"/>
            <w:left w:val="none" w:sz="0" w:space="0" w:color="auto"/>
            <w:bottom w:val="none" w:sz="0" w:space="0" w:color="auto"/>
            <w:right w:val="none" w:sz="0" w:space="0" w:color="auto"/>
          </w:divBdr>
        </w:div>
      </w:divsChild>
    </w:div>
    <w:div w:id="1347562137">
      <w:bodyDiv w:val="1"/>
      <w:marLeft w:val="0"/>
      <w:marRight w:val="0"/>
      <w:marTop w:val="0"/>
      <w:marBottom w:val="0"/>
      <w:divBdr>
        <w:top w:val="none" w:sz="0" w:space="0" w:color="auto"/>
        <w:left w:val="none" w:sz="0" w:space="0" w:color="auto"/>
        <w:bottom w:val="none" w:sz="0" w:space="0" w:color="auto"/>
        <w:right w:val="none" w:sz="0" w:space="0" w:color="auto"/>
      </w:divBdr>
      <w:divsChild>
        <w:div w:id="862863760">
          <w:marLeft w:val="0"/>
          <w:marRight w:val="0"/>
          <w:marTop w:val="0"/>
          <w:marBottom w:val="0"/>
          <w:divBdr>
            <w:top w:val="none" w:sz="0" w:space="0" w:color="auto"/>
            <w:left w:val="none" w:sz="0" w:space="0" w:color="auto"/>
            <w:bottom w:val="none" w:sz="0" w:space="0" w:color="auto"/>
            <w:right w:val="none" w:sz="0" w:space="0" w:color="auto"/>
          </w:divBdr>
        </w:div>
      </w:divsChild>
    </w:div>
    <w:div w:id="1352757122">
      <w:bodyDiv w:val="1"/>
      <w:marLeft w:val="0"/>
      <w:marRight w:val="0"/>
      <w:marTop w:val="0"/>
      <w:marBottom w:val="0"/>
      <w:divBdr>
        <w:top w:val="none" w:sz="0" w:space="0" w:color="auto"/>
        <w:left w:val="none" w:sz="0" w:space="0" w:color="auto"/>
        <w:bottom w:val="none" w:sz="0" w:space="0" w:color="auto"/>
        <w:right w:val="none" w:sz="0" w:space="0" w:color="auto"/>
      </w:divBdr>
      <w:divsChild>
        <w:div w:id="831875842">
          <w:marLeft w:val="0"/>
          <w:marRight w:val="0"/>
          <w:marTop w:val="0"/>
          <w:marBottom w:val="0"/>
          <w:divBdr>
            <w:top w:val="none" w:sz="0" w:space="0" w:color="auto"/>
            <w:left w:val="none" w:sz="0" w:space="0" w:color="auto"/>
            <w:bottom w:val="none" w:sz="0" w:space="0" w:color="auto"/>
            <w:right w:val="none" w:sz="0" w:space="0" w:color="auto"/>
          </w:divBdr>
        </w:div>
      </w:divsChild>
    </w:div>
    <w:div w:id="1374772435">
      <w:bodyDiv w:val="1"/>
      <w:marLeft w:val="0"/>
      <w:marRight w:val="0"/>
      <w:marTop w:val="0"/>
      <w:marBottom w:val="0"/>
      <w:divBdr>
        <w:top w:val="none" w:sz="0" w:space="0" w:color="auto"/>
        <w:left w:val="none" w:sz="0" w:space="0" w:color="auto"/>
        <w:bottom w:val="none" w:sz="0" w:space="0" w:color="auto"/>
        <w:right w:val="none" w:sz="0" w:space="0" w:color="auto"/>
      </w:divBdr>
      <w:divsChild>
        <w:div w:id="33893067">
          <w:marLeft w:val="0"/>
          <w:marRight w:val="0"/>
          <w:marTop w:val="0"/>
          <w:marBottom w:val="0"/>
          <w:divBdr>
            <w:top w:val="none" w:sz="0" w:space="0" w:color="auto"/>
            <w:left w:val="none" w:sz="0" w:space="0" w:color="auto"/>
            <w:bottom w:val="none" w:sz="0" w:space="0" w:color="auto"/>
            <w:right w:val="none" w:sz="0" w:space="0" w:color="auto"/>
          </w:divBdr>
        </w:div>
      </w:divsChild>
    </w:div>
    <w:div w:id="1377461793">
      <w:bodyDiv w:val="1"/>
      <w:marLeft w:val="0"/>
      <w:marRight w:val="0"/>
      <w:marTop w:val="0"/>
      <w:marBottom w:val="0"/>
      <w:divBdr>
        <w:top w:val="none" w:sz="0" w:space="0" w:color="auto"/>
        <w:left w:val="none" w:sz="0" w:space="0" w:color="auto"/>
        <w:bottom w:val="none" w:sz="0" w:space="0" w:color="auto"/>
        <w:right w:val="none" w:sz="0" w:space="0" w:color="auto"/>
      </w:divBdr>
      <w:divsChild>
        <w:div w:id="996491127">
          <w:marLeft w:val="0"/>
          <w:marRight w:val="0"/>
          <w:marTop w:val="0"/>
          <w:marBottom w:val="0"/>
          <w:divBdr>
            <w:top w:val="none" w:sz="0" w:space="0" w:color="auto"/>
            <w:left w:val="none" w:sz="0" w:space="0" w:color="auto"/>
            <w:bottom w:val="none" w:sz="0" w:space="0" w:color="auto"/>
            <w:right w:val="none" w:sz="0" w:space="0" w:color="auto"/>
          </w:divBdr>
        </w:div>
      </w:divsChild>
    </w:div>
    <w:div w:id="1434935203">
      <w:bodyDiv w:val="1"/>
      <w:marLeft w:val="0"/>
      <w:marRight w:val="0"/>
      <w:marTop w:val="0"/>
      <w:marBottom w:val="0"/>
      <w:divBdr>
        <w:top w:val="none" w:sz="0" w:space="0" w:color="auto"/>
        <w:left w:val="none" w:sz="0" w:space="0" w:color="auto"/>
        <w:bottom w:val="none" w:sz="0" w:space="0" w:color="auto"/>
        <w:right w:val="none" w:sz="0" w:space="0" w:color="auto"/>
      </w:divBdr>
      <w:divsChild>
        <w:div w:id="577053707">
          <w:marLeft w:val="0"/>
          <w:marRight w:val="0"/>
          <w:marTop w:val="0"/>
          <w:marBottom w:val="0"/>
          <w:divBdr>
            <w:top w:val="none" w:sz="0" w:space="0" w:color="auto"/>
            <w:left w:val="none" w:sz="0" w:space="0" w:color="auto"/>
            <w:bottom w:val="none" w:sz="0" w:space="0" w:color="auto"/>
            <w:right w:val="none" w:sz="0" w:space="0" w:color="auto"/>
          </w:divBdr>
        </w:div>
      </w:divsChild>
    </w:div>
    <w:div w:id="1482309420">
      <w:bodyDiv w:val="1"/>
      <w:marLeft w:val="0"/>
      <w:marRight w:val="0"/>
      <w:marTop w:val="0"/>
      <w:marBottom w:val="0"/>
      <w:divBdr>
        <w:top w:val="none" w:sz="0" w:space="0" w:color="auto"/>
        <w:left w:val="none" w:sz="0" w:space="0" w:color="auto"/>
        <w:bottom w:val="none" w:sz="0" w:space="0" w:color="auto"/>
        <w:right w:val="none" w:sz="0" w:space="0" w:color="auto"/>
      </w:divBdr>
      <w:divsChild>
        <w:div w:id="362902542">
          <w:marLeft w:val="0"/>
          <w:marRight w:val="0"/>
          <w:marTop w:val="0"/>
          <w:marBottom w:val="0"/>
          <w:divBdr>
            <w:top w:val="none" w:sz="0" w:space="0" w:color="auto"/>
            <w:left w:val="none" w:sz="0" w:space="0" w:color="auto"/>
            <w:bottom w:val="none" w:sz="0" w:space="0" w:color="auto"/>
            <w:right w:val="none" w:sz="0" w:space="0" w:color="auto"/>
          </w:divBdr>
        </w:div>
      </w:divsChild>
    </w:div>
    <w:div w:id="1511141717">
      <w:bodyDiv w:val="1"/>
      <w:marLeft w:val="0"/>
      <w:marRight w:val="0"/>
      <w:marTop w:val="0"/>
      <w:marBottom w:val="0"/>
      <w:divBdr>
        <w:top w:val="none" w:sz="0" w:space="0" w:color="auto"/>
        <w:left w:val="none" w:sz="0" w:space="0" w:color="auto"/>
        <w:bottom w:val="none" w:sz="0" w:space="0" w:color="auto"/>
        <w:right w:val="none" w:sz="0" w:space="0" w:color="auto"/>
      </w:divBdr>
      <w:divsChild>
        <w:div w:id="162556130">
          <w:marLeft w:val="0"/>
          <w:marRight w:val="0"/>
          <w:marTop w:val="0"/>
          <w:marBottom w:val="0"/>
          <w:divBdr>
            <w:top w:val="none" w:sz="0" w:space="0" w:color="auto"/>
            <w:left w:val="none" w:sz="0" w:space="0" w:color="auto"/>
            <w:bottom w:val="none" w:sz="0" w:space="0" w:color="auto"/>
            <w:right w:val="none" w:sz="0" w:space="0" w:color="auto"/>
          </w:divBdr>
        </w:div>
      </w:divsChild>
    </w:div>
    <w:div w:id="1551770038">
      <w:bodyDiv w:val="1"/>
      <w:marLeft w:val="0"/>
      <w:marRight w:val="0"/>
      <w:marTop w:val="0"/>
      <w:marBottom w:val="0"/>
      <w:divBdr>
        <w:top w:val="none" w:sz="0" w:space="0" w:color="auto"/>
        <w:left w:val="none" w:sz="0" w:space="0" w:color="auto"/>
        <w:bottom w:val="none" w:sz="0" w:space="0" w:color="auto"/>
        <w:right w:val="none" w:sz="0" w:space="0" w:color="auto"/>
      </w:divBdr>
      <w:divsChild>
        <w:div w:id="198516630">
          <w:marLeft w:val="0"/>
          <w:marRight w:val="0"/>
          <w:marTop w:val="0"/>
          <w:marBottom w:val="0"/>
          <w:divBdr>
            <w:top w:val="none" w:sz="0" w:space="0" w:color="auto"/>
            <w:left w:val="none" w:sz="0" w:space="0" w:color="auto"/>
            <w:bottom w:val="none" w:sz="0" w:space="0" w:color="auto"/>
            <w:right w:val="none" w:sz="0" w:space="0" w:color="auto"/>
          </w:divBdr>
        </w:div>
      </w:divsChild>
    </w:div>
    <w:div w:id="1572347446">
      <w:bodyDiv w:val="1"/>
      <w:marLeft w:val="0"/>
      <w:marRight w:val="0"/>
      <w:marTop w:val="0"/>
      <w:marBottom w:val="0"/>
      <w:divBdr>
        <w:top w:val="none" w:sz="0" w:space="0" w:color="auto"/>
        <w:left w:val="none" w:sz="0" w:space="0" w:color="auto"/>
        <w:bottom w:val="none" w:sz="0" w:space="0" w:color="auto"/>
        <w:right w:val="none" w:sz="0" w:space="0" w:color="auto"/>
      </w:divBdr>
      <w:divsChild>
        <w:div w:id="1071121874">
          <w:marLeft w:val="0"/>
          <w:marRight w:val="0"/>
          <w:marTop w:val="0"/>
          <w:marBottom w:val="0"/>
          <w:divBdr>
            <w:top w:val="none" w:sz="0" w:space="0" w:color="auto"/>
            <w:left w:val="none" w:sz="0" w:space="0" w:color="auto"/>
            <w:bottom w:val="none" w:sz="0" w:space="0" w:color="auto"/>
            <w:right w:val="none" w:sz="0" w:space="0" w:color="auto"/>
          </w:divBdr>
        </w:div>
      </w:divsChild>
    </w:div>
    <w:div w:id="1604411197">
      <w:bodyDiv w:val="1"/>
      <w:marLeft w:val="0"/>
      <w:marRight w:val="0"/>
      <w:marTop w:val="0"/>
      <w:marBottom w:val="0"/>
      <w:divBdr>
        <w:top w:val="none" w:sz="0" w:space="0" w:color="auto"/>
        <w:left w:val="none" w:sz="0" w:space="0" w:color="auto"/>
        <w:bottom w:val="none" w:sz="0" w:space="0" w:color="auto"/>
        <w:right w:val="none" w:sz="0" w:space="0" w:color="auto"/>
      </w:divBdr>
      <w:divsChild>
        <w:div w:id="908467591">
          <w:marLeft w:val="0"/>
          <w:marRight w:val="0"/>
          <w:marTop w:val="0"/>
          <w:marBottom w:val="0"/>
          <w:divBdr>
            <w:top w:val="none" w:sz="0" w:space="0" w:color="auto"/>
            <w:left w:val="none" w:sz="0" w:space="0" w:color="auto"/>
            <w:bottom w:val="none" w:sz="0" w:space="0" w:color="auto"/>
            <w:right w:val="none" w:sz="0" w:space="0" w:color="auto"/>
          </w:divBdr>
        </w:div>
      </w:divsChild>
    </w:div>
    <w:div w:id="1636328402">
      <w:bodyDiv w:val="1"/>
      <w:marLeft w:val="0"/>
      <w:marRight w:val="0"/>
      <w:marTop w:val="0"/>
      <w:marBottom w:val="0"/>
      <w:divBdr>
        <w:top w:val="none" w:sz="0" w:space="0" w:color="auto"/>
        <w:left w:val="none" w:sz="0" w:space="0" w:color="auto"/>
        <w:bottom w:val="none" w:sz="0" w:space="0" w:color="auto"/>
        <w:right w:val="none" w:sz="0" w:space="0" w:color="auto"/>
      </w:divBdr>
      <w:divsChild>
        <w:div w:id="42993393">
          <w:marLeft w:val="0"/>
          <w:marRight w:val="0"/>
          <w:marTop w:val="0"/>
          <w:marBottom w:val="0"/>
          <w:divBdr>
            <w:top w:val="none" w:sz="0" w:space="0" w:color="auto"/>
            <w:left w:val="none" w:sz="0" w:space="0" w:color="auto"/>
            <w:bottom w:val="none" w:sz="0" w:space="0" w:color="auto"/>
            <w:right w:val="none" w:sz="0" w:space="0" w:color="auto"/>
          </w:divBdr>
        </w:div>
      </w:divsChild>
    </w:div>
    <w:div w:id="1636522517">
      <w:bodyDiv w:val="1"/>
      <w:marLeft w:val="0"/>
      <w:marRight w:val="0"/>
      <w:marTop w:val="0"/>
      <w:marBottom w:val="0"/>
      <w:divBdr>
        <w:top w:val="none" w:sz="0" w:space="0" w:color="auto"/>
        <w:left w:val="none" w:sz="0" w:space="0" w:color="auto"/>
        <w:bottom w:val="none" w:sz="0" w:space="0" w:color="auto"/>
        <w:right w:val="none" w:sz="0" w:space="0" w:color="auto"/>
      </w:divBdr>
      <w:divsChild>
        <w:div w:id="1827164588">
          <w:marLeft w:val="0"/>
          <w:marRight w:val="0"/>
          <w:marTop w:val="0"/>
          <w:marBottom w:val="0"/>
          <w:divBdr>
            <w:top w:val="none" w:sz="0" w:space="0" w:color="auto"/>
            <w:left w:val="none" w:sz="0" w:space="0" w:color="auto"/>
            <w:bottom w:val="none" w:sz="0" w:space="0" w:color="auto"/>
            <w:right w:val="none" w:sz="0" w:space="0" w:color="auto"/>
          </w:divBdr>
        </w:div>
      </w:divsChild>
    </w:div>
    <w:div w:id="1669481997">
      <w:bodyDiv w:val="1"/>
      <w:marLeft w:val="0"/>
      <w:marRight w:val="0"/>
      <w:marTop w:val="0"/>
      <w:marBottom w:val="0"/>
      <w:divBdr>
        <w:top w:val="none" w:sz="0" w:space="0" w:color="auto"/>
        <w:left w:val="none" w:sz="0" w:space="0" w:color="auto"/>
        <w:bottom w:val="none" w:sz="0" w:space="0" w:color="auto"/>
        <w:right w:val="none" w:sz="0" w:space="0" w:color="auto"/>
      </w:divBdr>
      <w:divsChild>
        <w:div w:id="30113533">
          <w:marLeft w:val="0"/>
          <w:marRight w:val="0"/>
          <w:marTop w:val="0"/>
          <w:marBottom w:val="0"/>
          <w:divBdr>
            <w:top w:val="none" w:sz="0" w:space="0" w:color="auto"/>
            <w:left w:val="none" w:sz="0" w:space="0" w:color="auto"/>
            <w:bottom w:val="none" w:sz="0" w:space="0" w:color="auto"/>
            <w:right w:val="none" w:sz="0" w:space="0" w:color="auto"/>
          </w:divBdr>
        </w:div>
      </w:divsChild>
    </w:div>
    <w:div w:id="1714889233">
      <w:bodyDiv w:val="1"/>
      <w:marLeft w:val="0"/>
      <w:marRight w:val="0"/>
      <w:marTop w:val="0"/>
      <w:marBottom w:val="0"/>
      <w:divBdr>
        <w:top w:val="none" w:sz="0" w:space="0" w:color="auto"/>
        <w:left w:val="none" w:sz="0" w:space="0" w:color="auto"/>
        <w:bottom w:val="none" w:sz="0" w:space="0" w:color="auto"/>
        <w:right w:val="none" w:sz="0" w:space="0" w:color="auto"/>
      </w:divBdr>
      <w:divsChild>
        <w:div w:id="957444754">
          <w:marLeft w:val="0"/>
          <w:marRight w:val="0"/>
          <w:marTop w:val="0"/>
          <w:marBottom w:val="0"/>
          <w:divBdr>
            <w:top w:val="none" w:sz="0" w:space="0" w:color="auto"/>
            <w:left w:val="none" w:sz="0" w:space="0" w:color="auto"/>
            <w:bottom w:val="none" w:sz="0" w:space="0" w:color="auto"/>
            <w:right w:val="none" w:sz="0" w:space="0" w:color="auto"/>
          </w:divBdr>
        </w:div>
      </w:divsChild>
    </w:div>
    <w:div w:id="1722632615">
      <w:bodyDiv w:val="1"/>
      <w:marLeft w:val="0"/>
      <w:marRight w:val="0"/>
      <w:marTop w:val="0"/>
      <w:marBottom w:val="0"/>
      <w:divBdr>
        <w:top w:val="none" w:sz="0" w:space="0" w:color="auto"/>
        <w:left w:val="none" w:sz="0" w:space="0" w:color="auto"/>
        <w:bottom w:val="none" w:sz="0" w:space="0" w:color="auto"/>
        <w:right w:val="none" w:sz="0" w:space="0" w:color="auto"/>
      </w:divBdr>
      <w:divsChild>
        <w:div w:id="453450349">
          <w:marLeft w:val="0"/>
          <w:marRight w:val="0"/>
          <w:marTop w:val="0"/>
          <w:marBottom w:val="0"/>
          <w:divBdr>
            <w:top w:val="none" w:sz="0" w:space="0" w:color="auto"/>
            <w:left w:val="none" w:sz="0" w:space="0" w:color="auto"/>
            <w:bottom w:val="none" w:sz="0" w:space="0" w:color="auto"/>
            <w:right w:val="none" w:sz="0" w:space="0" w:color="auto"/>
          </w:divBdr>
        </w:div>
      </w:divsChild>
    </w:div>
    <w:div w:id="1722899236">
      <w:bodyDiv w:val="1"/>
      <w:marLeft w:val="0"/>
      <w:marRight w:val="0"/>
      <w:marTop w:val="0"/>
      <w:marBottom w:val="0"/>
      <w:divBdr>
        <w:top w:val="none" w:sz="0" w:space="0" w:color="auto"/>
        <w:left w:val="none" w:sz="0" w:space="0" w:color="auto"/>
        <w:bottom w:val="none" w:sz="0" w:space="0" w:color="auto"/>
        <w:right w:val="none" w:sz="0" w:space="0" w:color="auto"/>
      </w:divBdr>
      <w:divsChild>
        <w:div w:id="1798723222">
          <w:marLeft w:val="0"/>
          <w:marRight w:val="0"/>
          <w:marTop w:val="0"/>
          <w:marBottom w:val="0"/>
          <w:divBdr>
            <w:top w:val="none" w:sz="0" w:space="0" w:color="auto"/>
            <w:left w:val="none" w:sz="0" w:space="0" w:color="auto"/>
            <w:bottom w:val="none" w:sz="0" w:space="0" w:color="auto"/>
            <w:right w:val="none" w:sz="0" w:space="0" w:color="auto"/>
          </w:divBdr>
        </w:div>
      </w:divsChild>
    </w:div>
    <w:div w:id="1746874271">
      <w:bodyDiv w:val="1"/>
      <w:marLeft w:val="0"/>
      <w:marRight w:val="0"/>
      <w:marTop w:val="0"/>
      <w:marBottom w:val="0"/>
      <w:divBdr>
        <w:top w:val="none" w:sz="0" w:space="0" w:color="auto"/>
        <w:left w:val="none" w:sz="0" w:space="0" w:color="auto"/>
        <w:bottom w:val="none" w:sz="0" w:space="0" w:color="auto"/>
        <w:right w:val="none" w:sz="0" w:space="0" w:color="auto"/>
      </w:divBdr>
      <w:divsChild>
        <w:div w:id="1451126995">
          <w:marLeft w:val="0"/>
          <w:marRight w:val="0"/>
          <w:marTop w:val="0"/>
          <w:marBottom w:val="0"/>
          <w:divBdr>
            <w:top w:val="none" w:sz="0" w:space="0" w:color="auto"/>
            <w:left w:val="none" w:sz="0" w:space="0" w:color="auto"/>
            <w:bottom w:val="none" w:sz="0" w:space="0" w:color="auto"/>
            <w:right w:val="none" w:sz="0" w:space="0" w:color="auto"/>
          </w:divBdr>
        </w:div>
      </w:divsChild>
    </w:div>
    <w:div w:id="1771583148">
      <w:bodyDiv w:val="1"/>
      <w:marLeft w:val="0"/>
      <w:marRight w:val="0"/>
      <w:marTop w:val="0"/>
      <w:marBottom w:val="0"/>
      <w:divBdr>
        <w:top w:val="none" w:sz="0" w:space="0" w:color="auto"/>
        <w:left w:val="none" w:sz="0" w:space="0" w:color="auto"/>
        <w:bottom w:val="none" w:sz="0" w:space="0" w:color="auto"/>
        <w:right w:val="none" w:sz="0" w:space="0" w:color="auto"/>
      </w:divBdr>
      <w:divsChild>
        <w:div w:id="903416835">
          <w:marLeft w:val="0"/>
          <w:marRight w:val="0"/>
          <w:marTop w:val="0"/>
          <w:marBottom w:val="0"/>
          <w:divBdr>
            <w:top w:val="none" w:sz="0" w:space="0" w:color="auto"/>
            <w:left w:val="none" w:sz="0" w:space="0" w:color="auto"/>
            <w:bottom w:val="none" w:sz="0" w:space="0" w:color="auto"/>
            <w:right w:val="none" w:sz="0" w:space="0" w:color="auto"/>
          </w:divBdr>
        </w:div>
      </w:divsChild>
    </w:div>
    <w:div w:id="1797217667">
      <w:bodyDiv w:val="1"/>
      <w:marLeft w:val="0"/>
      <w:marRight w:val="0"/>
      <w:marTop w:val="0"/>
      <w:marBottom w:val="0"/>
      <w:divBdr>
        <w:top w:val="none" w:sz="0" w:space="0" w:color="auto"/>
        <w:left w:val="none" w:sz="0" w:space="0" w:color="auto"/>
        <w:bottom w:val="none" w:sz="0" w:space="0" w:color="auto"/>
        <w:right w:val="none" w:sz="0" w:space="0" w:color="auto"/>
      </w:divBdr>
      <w:divsChild>
        <w:div w:id="41754983">
          <w:marLeft w:val="0"/>
          <w:marRight w:val="0"/>
          <w:marTop w:val="0"/>
          <w:marBottom w:val="0"/>
          <w:divBdr>
            <w:top w:val="none" w:sz="0" w:space="0" w:color="auto"/>
            <w:left w:val="none" w:sz="0" w:space="0" w:color="auto"/>
            <w:bottom w:val="none" w:sz="0" w:space="0" w:color="auto"/>
            <w:right w:val="none" w:sz="0" w:space="0" w:color="auto"/>
          </w:divBdr>
        </w:div>
      </w:divsChild>
    </w:div>
    <w:div w:id="1807235970">
      <w:bodyDiv w:val="1"/>
      <w:marLeft w:val="0"/>
      <w:marRight w:val="0"/>
      <w:marTop w:val="0"/>
      <w:marBottom w:val="0"/>
      <w:divBdr>
        <w:top w:val="none" w:sz="0" w:space="0" w:color="auto"/>
        <w:left w:val="none" w:sz="0" w:space="0" w:color="auto"/>
        <w:bottom w:val="none" w:sz="0" w:space="0" w:color="auto"/>
        <w:right w:val="none" w:sz="0" w:space="0" w:color="auto"/>
      </w:divBdr>
      <w:divsChild>
        <w:div w:id="93599540">
          <w:marLeft w:val="0"/>
          <w:marRight w:val="0"/>
          <w:marTop w:val="0"/>
          <w:marBottom w:val="0"/>
          <w:divBdr>
            <w:top w:val="none" w:sz="0" w:space="0" w:color="auto"/>
            <w:left w:val="none" w:sz="0" w:space="0" w:color="auto"/>
            <w:bottom w:val="none" w:sz="0" w:space="0" w:color="auto"/>
            <w:right w:val="none" w:sz="0" w:space="0" w:color="auto"/>
          </w:divBdr>
        </w:div>
      </w:divsChild>
    </w:div>
    <w:div w:id="1832135419">
      <w:bodyDiv w:val="1"/>
      <w:marLeft w:val="0"/>
      <w:marRight w:val="0"/>
      <w:marTop w:val="0"/>
      <w:marBottom w:val="0"/>
      <w:divBdr>
        <w:top w:val="none" w:sz="0" w:space="0" w:color="auto"/>
        <w:left w:val="none" w:sz="0" w:space="0" w:color="auto"/>
        <w:bottom w:val="none" w:sz="0" w:space="0" w:color="auto"/>
        <w:right w:val="none" w:sz="0" w:space="0" w:color="auto"/>
      </w:divBdr>
      <w:divsChild>
        <w:div w:id="1129282561">
          <w:marLeft w:val="0"/>
          <w:marRight w:val="0"/>
          <w:marTop w:val="0"/>
          <w:marBottom w:val="0"/>
          <w:divBdr>
            <w:top w:val="none" w:sz="0" w:space="0" w:color="auto"/>
            <w:left w:val="none" w:sz="0" w:space="0" w:color="auto"/>
            <w:bottom w:val="none" w:sz="0" w:space="0" w:color="auto"/>
            <w:right w:val="none" w:sz="0" w:space="0" w:color="auto"/>
          </w:divBdr>
        </w:div>
      </w:divsChild>
    </w:div>
    <w:div w:id="1930773538">
      <w:bodyDiv w:val="1"/>
      <w:marLeft w:val="0"/>
      <w:marRight w:val="0"/>
      <w:marTop w:val="0"/>
      <w:marBottom w:val="0"/>
      <w:divBdr>
        <w:top w:val="none" w:sz="0" w:space="0" w:color="auto"/>
        <w:left w:val="none" w:sz="0" w:space="0" w:color="auto"/>
        <w:bottom w:val="none" w:sz="0" w:space="0" w:color="auto"/>
        <w:right w:val="none" w:sz="0" w:space="0" w:color="auto"/>
      </w:divBdr>
      <w:divsChild>
        <w:div w:id="526063197">
          <w:marLeft w:val="0"/>
          <w:marRight w:val="0"/>
          <w:marTop w:val="0"/>
          <w:marBottom w:val="0"/>
          <w:divBdr>
            <w:top w:val="none" w:sz="0" w:space="0" w:color="auto"/>
            <w:left w:val="none" w:sz="0" w:space="0" w:color="auto"/>
            <w:bottom w:val="none" w:sz="0" w:space="0" w:color="auto"/>
            <w:right w:val="none" w:sz="0" w:space="0" w:color="auto"/>
          </w:divBdr>
        </w:div>
      </w:divsChild>
    </w:div>
    <w:div w:id="1970697138">
      <w:bodyDiv w:val="1"/>
      <w:marLeft w:val="0"/>
      <w:marRight w:val="0"/>
      <w:marTop w:val="0"/>
      <w:marBottom w:val="0"/>
      <w:divBdr>
        <w:top w:val="none" w:sz="0" w:space="0" w:color="auto"/>
        <w:left w:val="none" w:sz="0" w:space="0" w:color="auto"/>
        <w:bottom w:val="none" w:sz="0" w:space="0" w:color="auto"/>
        <w:right w:val="none" w:sz="0" w:space="0" w:color="auto"/>
      </w:divBdr>
      <w:divsChild>
        <w:div w:id="1100295868">
          <w:marLeft w:val="0"/>
          <w:marRight w:val="0"/>
          <w:marTop w:val="0"/>
          <w:marBottom w:val="0"/>
          <w:divBdr>
            <w:top w:val="none" w:sz="0" w:space="0" w:color="auto"/>
            <w:left w:val="none" w:sz="0" w:space="0" w:color="auto"/>
            <w:bottom w:val="none" w:sz="0" w:space="0" w:color="auto"/>
            <w:right w:val="none" w:sz="0" w:space="0" w:color="auto"/>
          </w:divBdr>
        </w:div>
      </w:divsChild>
    </w:div>
    <w:div w:id="2010256983">
      <w:bodyDiv w:val="1"/>
      <w:marLeft w:val="0"/>
      <w:marRight w:val="0"/>
      <w:marTop w:val="0"/>
      <w:marBottom w:val="0"/>
      <w:divBdr>
        <w:top w:val="none" w:sz="0" w:space="0" w:color="auto"/>
        <w:left w:val="none" w:sz="0" w:space="0" w:color="auto"/>
        <w:bottom w:val="none" w:sz="0" w:space="0" w:color="auto"/>
        <w:right w:val="none" w:sz="0" w:space="0" w:color="auto"/>
      </w:divBdr>
      <w:divsChild>
        <w:div w:id="1522552924">
          <w:marLeft w:val="0"/>
          <w:marRight w:val="0"/>
          <w:marTop w:val="0"/>
          <w:marBottom w:val="0"/>
          <w:divBdr>
            <w:top w:val="none" w:sz="0" w:space="0" w:color="auto"/>
            <w:left w:val="none" w:sz="0" w:space="0" w:color="auto"/>
            <w:bottom w:val="none" w:sz="0" w:space="0" w:color="auto"/>
            <w:right w:val="none" w:sz="0" w:space="0" w:color="auto"/>
          </w:divBdr>
        </w:div>
      </w:divsChild>
    </w:div>
    <w:div w:id="2043020945">
      <w:bodyDiv w:val="1"/>
      <w:marLeft w:val="0"/>
      <w:marRight w:val="0"/>
      <w:marTop w:val="0"/>
      <w:marBottom w:val="0"/>
      <w:divBdr>
        <w:top w:val="none" w:sz="0" w:space="0" w:color="auto"/>
        <w:left w:val="none" w:sz="0" w:space="0" w:color="auto"/>
        <w:bottom w:val="none" w:sz="0" w:space="0" w:color="auto"/>
        <w:right w:val="none" w:sz="0" w:space="0" w:color="auto"/>
      </w:divBdr>
      <w:divsChild>
        <w:div w:id="33121660">
          <w:marLeft w:val="0"/>
          <w:marRight w:val="0"/>
          <w:marTop w:val="0"/>
          <w:marBottom w:val="0"/>
          <w:divBdr>
            <w:top w:val="none" w:sz="0" w:space="0" w:color="auto"/>
            <w:left w:val="none" w:sz="0" w:space="0" w:color="auto"/>
            <w:bottom w:val="none" w:sz="0" w:space="0" w:color="auto"/>
            <w:right w:val="none" w:sz="0" w:space="0" w:color="auto"/>
          </w:divBdr>
        </w:div>
      </w:divsChild>
    </w:div>
    <w:div w:id="2070881269">
      <w:bodyDiv w:val="1"/>
      <w:marLeft w:val="0"/>
      <w:marRight w:val="0"/>
      <w:marTop w:val="0"/>
      <w:marBottom w:val="0"/>
      <w:divBdr>
        <w:top w:val="none" w:sz="0" w:space="0" w:color="auto"/>
        <w:left w:val="none" w:sz="0" w:space="0" w:color="auto"/>
        <w:bottom w:val="none" w:sz="0" w:space="0" w:color="auto"/>
        <w:right w:val="none" w:sz="0" w:space="0" w:color="auto"/>
      </w:divBdr>
      <w:divsChild>
        <w:div w:id="2112819678">
          <w:marLeft w:val="0"/>
          <w:marRight w:val="0"/>
          <w:marTop w:val="0"/>
          <w:marBottom w:val="0"/>
          <w:divBdr>
            <w:top w:val="none" w:sz="0" w:space="0" w:color="auto"/>
            <w:left w:val="none" w:sz="0" w:space="0" w:color="auto"/>
            <w:bottom w:val="none" w:sz="0" w:space="0" w:color="auto"/>
            <w:right w:val="none" w:sz="0" w:space="0" w:color="auto"/>
          </w:divBdr>
        </w:div>
      </w:divsChild>
    </w:div>
    <w:div w:id="2073964641">
      <w:bodyDiv w:val="1"/>
      <w:marLeft w:val="0"/>
      <w:marRight w:val="0"/>
      <w:marTop w:val="0"/>
      <w:marBottom w:val="0"/>
      <w:divBdr>
        <w:top w:val="none" w:sz="0" w:space="0" w:color="auto"/>
        <w:left w:val="none" w:sz="0" w:space="0" w:color="auto"/>
        <w:bottom w:val="none" w:sz="0" w:space="0" w:color="auto"/>
        <w:right w:val="none" w:sz="0" w:space="0" w:color="auto"/>
      </w:divBdr>
      <w:divsChild>
        <w:div w:id="117808364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臺法 AI 產業合作媒合論壇－參與及合作意願調查表</dc:title>
  <dc:subject>AI Security and Chip Security matchmaking interest survey</dc:subject>
  <dc:creator>ITRI Taiwan–Europe Industrial Cooperation Promotion Office</dc:creator>
  <cp:keywords/>
  <dc:description>generated by python-docx</dc:description>
  <cp:lastModifiedBy>溫繁笑</cp:lastModifiedBy>
  <cp:revision>51</cp:revision>
  <dcterms:created xsi:type="dcterms:W3CDTF">2013-12-23T23:15:00Z</dcterms:created>
  <dcterms:modified xsi:type="dcterms:W3CDTF">2026-08-27T02:04:00Z</dcterms:modified>
  <cp:category/>
</cp:coreProperties>
</file>